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61BF5" w14:textId="6CB1ABFE" w:rsidR="0085708F" w:rsidRDefault="00A62634" w:rsidP="0085708F">
      <w:pPr>
        <w:pStyle w:val="Heading1"/>
        <w:jc w:val="center"/>
      </w:pPr>
      <w:r w:rsidRPr="00A62634">
        <w:rPr>
          <w:rFonts w:ascii="Times New Roman" w:eastAsia="Times New Roman" w:hAnsi="Times New Roman" w:cs="Times New Roman"/>
          <w:b w:val="0"/>
          <w:bCs w:val="0"/>
          <w:noProof/>
          <w:color w:val="5B6770"/>
        </w:rPr>
        <w:drawing>
          <wp:inline distT="0" distB="0" distL="0" distR="0" wp14:anchorId="28500641" wp14:editId="10F34D09">
            <wp:extent cx="2506196" cy="400050"/>
            <wp:effectExtent l="0" t="0" r="8890" b="0"/>
            <wp:docPr id="1" name="x_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248" cy="401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892F4" w14:textId="77777777" w:rsidR="0085708F" w:rsidRPr="0085708F" w:rsidRDefault="0085708F" w:rsidP="0085708F"/>
    <w:p w14:paraId="0E8DA65D" w14:textId="753603FE" w:rsidR="00C85DB7" w:rsidRPr="00B574C9" w:rsidRDefault="00000000" w:rsidP="00A62634">
      <w:pPr>
        <w:pStyle w:val="Heading1"/>
        <w:spacing w:before="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B574C9">
        <w:rPr>
          <w:rFonts w:ascii="Times New Roman" w:hAnsi="Times New Roman" w:cs="Times New Roman"/>
          <w:color w:val="auto"/>
          <w:sz w:val="22"/>
          <w:szCs w:val="22"/>
        </w:rPr>
        <w:t>UNION READY GRANT APPLICATION</w:t>
      </w:r>
    </w:p>
    <w:p w14:paraId="5045AFDC" w14:textId="77777777" w:rsidR="00A62634" w:rsidRPr="00B574C9" w:rsidRDefault="00A62634" w:rsidP="00A62634">
      <w:pPr>
        <w:spacing w:after="0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63D21931" w14:textId="77777777" w:rsidR="00C85DB7" w:rsidRPr="00B574C9" w:rsidRDefault="00000000" w:rsidP="00A6263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574C9">
        <w:rPr>
          <w:rFonts w:ascii="Times New Roman" w:hAnsi="Times New Roman" w:cs="Times New Roman"/>
          <w:b/>
          <w:bCs/>
        </w:rPr>
        <w:t>FPCU ACCOUNT NUMBER #________________Applicant must be a primary member.</w:t>
      </w:r>
    </w:p>
    <w:p w14:paraId="0E1D4A77" w14:textId="77777777" w:rsidR="00C85DB7" w:rsidRPr="00B574C9" w:rsidRDefault="00000000" w:rsidP="00A6263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574C9">
        <w:rPr>
          <w:rFonts w:ascii="Times New Roman" w:hAnsi="Times New Roman" w:cs="Times New Roman"/>
          <w:b/>
          <w:bCs/>
        </w:rPr>
        <w:t>Applicant’s LAST FOUR digits of their Social Security Number # _____________________</w:t>
      </w:r>
    </w:p>
    <w:p w14:paraId="51B05A8E" w14:textId="77777777" w:rsidR="00A62634" w:rsidRPr="00B574C9" w:rsidRDefault="00A62634" w:rsidP="00A62634">
      <w:pPr>
        <w:spacing w:after="0" w:line="240" w:lineRule="auto"/>
        <w:rPr>
          <w:rFonts w:ascii="Times New Roman" w:hAnsi="Times New Roman" w:cs="Times New Roman"/>
        </w:rPr>
      </w:pPr>
    </w:p>
    <w:p w14:paraId="14BE6CA8" w14:textId="77777777" w:rsidR="00C85DB7" w:rsidRPr="00B574C9" w:rsidRDefault="00000000" w:rsidP="00A6263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B574C9">
        <w:rPr>
          <w:rFonts w:ascii="Times New Roman" w:hAnsi="Times New Roman" w:cs="Times New Roman"/>
          <w:b/>
          <w:bCs/>
        </w:rPr>
        <w:t>General Information: (Please Type or Print)</w:t>
      </w:r>
    </w:p>
    <w:p w14:paraId="685B3010" w14:textId="7A1E7AFC" w:rsidR="00C85DB7" w:rsidRPr="00B574C9" w:rsidRDefault="00000000" w:rsidP="00A62634">
      <w:pPr>
        <w:spacing w:after="0" w:line="240" w:lineRule="auto"/>
        <w:rPr>
          <w:rFonts w:ascii="Times New Roman" w:hAnsi="Times New Roman" w:cs="Times New Roman"/>
        </w:rPr>
      </w:pPr>
      <w:r w:rsidRPr="00B574C9">
        <w:rPr>
          <w:rFonts w:ascii="Times New Roman" w:hAnsi="Times New Roman" w:cs="Times New Roman"/>
        </w:rPr>
        <w:t xml:space="preserve">Name </w:t>
      </w:r>
      <w:r w:rsidR="00B574C9" w:rsidRPr="00B574C9">
        <w:rPr>
          <w:rFonts w:ascii="Times New Roman" w:hAnsi="Times New Roman" w:cs="Times New Roman"/>
        </w:rPr>
        <w:t>_______________________________________Birthdate_________________</w:t>
      </w:r>
      <w:r w:rsidRPr="00B574C9">
        <w:rPr>
          <w:rFonts w:ascii="Times New Roman" w:hAnsi="Times New Roman" w:cs="Times New Roman"/>
        </w:rPr>
        <w:t>_________</w:t>
      </w:r>
    </w:p>
    <w:p w14:paraId="0D4FB726" w14:textId="71E29173" w:rsidR="00C85DB7" w:rsidRPr="00B574C9" w:rsidRDefault="00000000" w:rsidP="00A62634">
      <w:pPr>
        <w:spacing w:after="0" w:line="240" w:lineRule="auto"/>
        <w:rPr>
          <w:rFonts w:ascii="Times New Roman" w:hAnsi="Times New Roman" w:cs="Times New Roman"/>
        </w:rPr>
      </w:pPr>
      <w:r w:rsidRPr="00B574C9">
        <w:rPr>
          <w:rFonts w:ascii="Times New Roman" w:hAnsi="Times New Roman" w:cs="Times New Roman"/>
        </w:rPr>
        <w:t>Address ______________________________________Phone #__________________________</w:t>
      </w:r>
    </w:p>
    <w:p w14:paraId="4631DE68" w14:textId="11C4C4D0" w:rsidR="00C85DB7" w:rsidRPr="00B574C9" w:rsidRDefault="00000000" w:rsidP="00A62634">
      <w:pPr>
        <w:spacing w:after="0" w:line="240" w:lineRule="auto"/>
        <w:rPr>
          <w:rFonts w:ascii="Times New Roman" w:hAnsi="Times New Roman" w:cs="Times New Roman"/>
        </w:rPr>
      </w:pPr>
      <w:r w:rsidRPr="00B574C9">
        <w:rPr>
          <w:rFonts w:ascii="Times New Roman" w:hAnsi="Times New Roman" w:cs="Times New Roman"/>
        </w:rPr>
        <w:t xml:space="preserve">E-Mail Address </w:t>
      </w:r>
      <w:r w:rsidRPr="00B574C9">
        <w:rPr>
          <w:rFonts w:ascii="Times New Roman" w:hAnsi="Times New Roman" w:cs="Times New Roman"/>
          <w:u w:val="single"/>
        </w:rPr>
        <w:t>______________________________________________</w:t>
      </w:r>
      <w:r w:rsidR="00B574C9" w:rsidRPr="00B574C9">
        <w:rPr>
          <w:rFonts w:ascii="Times New Roman" w:hAnsi="Times New Roman" w:cs="Times New Roman"/>
          <w:u w:val="single"/>
        </w:rPr>
        <w:t xml:space="preserve">  </w:t>
      </w:r>
      <w:r w:rsidRPr="00B574C9">
        <w:rPr>
          <w:rFonts w:ascii="Times New Roman" w:hAnsi="Times New Roman" w:cs="Times New Roman"/>
          <w:u w:val="single"/>
        </w:rPr>
        <w:t>__</w:t>
      </w:r>
      <w:r w:rsidR="001D7400" w:rsidRPr="00B574C9">
        <w:rPr>
          <w:rFonts w:ascii="Times New Roman" w:hAnsi="Times New Roman" w:cs="Times New Roman"/>
          <w:u w:val="single"/>
        </w:rPr>
        <w:t xml:space="preserve">                        </w:t>
      </w:r>
      <w:r w:rsidRPr="00B574C9">
        <w:rPr>
          <w:rFonts w:ascii="Times New Roman" w:hAnsi="Times New Roman" w:cs="Times New Roman"/>
          <w:u w:val="single"/>
        </w:rPr>
        <w:t>___</w:t>
      </w:r>
    </w:p>
    <w:p w14:paraId="096AE2C7" w14:textId="77777777" w:rsidR="00A62634" w:rsidRPr="00B574C9" w:rsidRDefault="00A62634" w:rsidP="00A62634">
      <w:pPr>
        <w:spacing w:after="0" w:line="240" w:lineRule="auto"/>
        <w:rPr>
          <w:rFonts w:ascii="Times New Roman" w:hAnsi="Times New Roman" w:cs="Times New Roman"/>
        </w:rPr>
      </w:pPr>
    </w:p>
    <w:p w14:paraId="022E1F11" w14:textId="03C5AA42" w:rsidR="00C85DB7" w:rsidRPr="00B574C9" w:rsidRDefault="00000000" w:rsidP="00A62634">
      <w:pPr>
        <w:spacing w:after="0" w:line="240" w:lineRule="auto"/>
        <w:rPr>
          <w:rFonts w:ascii="Times New Roman" w:hAnsi="Times New Roman" w:cs="Times New Roman"/>
        </w:rPr>
      </w:pPr>
      <w:r w:rsidRPr="00B574C9">
        <w:rPr>
          <w:rFonts w:ascii="Times New Roman" w:hAnsi="Times New Roman" w:cs="Times New Roman"/>
        </w:rPr>
        <w:t>Parent/Guardian Name _________________________________Phone</w:t>
      </w:r>
      <w:r w:rsidRPr="00B574C9">
        <w:rPr>
          <w:rFonts w:ascii="Times New Roman" w:hAnsi="Times New Roman" w:cs="Times New Roman"/>
          <w:u w:val="single"/>
        </w:rPr>
        <w:t>#_________________</w:t>
      </w:r>
      <w:r w:rsidR="00B574C9">
        <w:rPr>
          <w:rFonts w:ascii="Times New Roman" w:hAnsi="Times New Roman" w:cs="Times New Roman"/>
          <w:u w:val="single"/>
        </w:rPr>
        <w:t xml:space="preserve">  </w:t>
      </w:r>
      <w:r w:rsidRPr="00B574C9">
        <w:rPr>
          <w:rFonts w:ascii="Times New Roman" w:hAnsi="Times New Roman" w:cs="Times New Roman"/>
          <w:u w:val="single"/>
        </w:rPr>
        <w:t>_</w:t>
      </w:r>
      <w:r w:rsidR="00EC1F73" w:rsidRPr="00B574C9">
        <w:rPr>
          <w:rFonts w:ascii="Times New Roman" w:hAnsi="Times New Roman" w:cs="Times New Roman"/>
          <w:u w:val="single"/>
        </w:rPr>
        <w:t xml:space="preserve">    </w:t>
      </w:r>
    </w:p>
    <w:p w14:paraId="3E6A7624" w14:textId="49A390BC" w:rsidR="00C85DB7" w:rsidRPr="00B574C9" w:rsidRDefault="00000000" w:rsidP="00A62634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B574C9">
        <w:rPr>
          <w:rFonts w:ascii="Times New Roman" w:hAnsi="Times New Roman" w:cs="Times New Roman"/>
        </w:rPr>
        <w:t>Parent/Guardian Address</w:t>
      </w:r>
      <w:r w:rsidRPr="00B574C9">
        <w:rPr>
          <w:rFonts w:ascii="Times New Roman" w:hAnsi="Times New Roman" w:cs="Times New Roman"/>
          <w:u w:val="single"/>
        </w:rPr>
        <w:t>_________________________________________________________</w:t>
      </w:r>
      <w:r w:rsidR="00EC1F73" w:rsidRPr="00B574C9">
        <w:rPr>
          <w:rFonts w:ascii="Times New Roman" w:hAnsi="Times New Roman" w:cs="Times New Roman"/>
          <w:u w:val="single"/>
        </w:rPr>
        <w:t xml:space="preserve">      </w:t>
      </w:r>
    </w:p>
    <w:p w14:paraId="154307F1" w14:textId="6D19C318" w:rsidR="00C85DB7" w:rsidRPr="00B574C9" w:rsidRDefault="00000000" w:rsidP="00A62634">
      <w:pPr>
        <w:spacing w:after="0" w:line="240" w:lineRule="auto"/>
        <w:rPr>
          <w:rFonts w:ascii="Times New Roman" w:hAnsi="Times New Roman" w:cs="Times New Roman"/>
        </w:rPr>
      </w:pPr>
      <w:r w:rsidRPr="00B574C9">
        <w:rPr>
          <w:rFonts w:ascii="Times New Roman" w:hAnsi="Times New Roman" w:cs="Times New Roman"/>
        </w:rPr>
        <w:t>Parent/Guardian Occupation______________________Employer_________________________</w:t>
      </w:r>
    </w:p>
    <w:p w14:paraId="495C9485" w14:textId="77777777" w:rsidR="00A62634" w:rsidRPr="00B574C9" w:rsidRDefault="00A62634" w:rsidP="00A62634">
      <w:pPr>
        <w:spacing w:after="0" w:line="240" w:lineRule="auto"/>
        <w:rPr>
          <w:rFonts w:ascii="Times New Roman" w:hAnsi="Times New Roman" w:cs="Times New Roman"/>
        </w:rPr>
      </w:pPr>
    </w:p>
    <w:p w14:paraId="47947042" w14:textId="4B32EAEF" w:rsidR="00C85DB7" w:rsidRPr="00B574C9" w:rsidRDefault="00000000" w:rsidP="00A62634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B574C9">
        <w:rPr>
          <w:rFonts w:ascii="Times New Roman" w:hAnsi="Times New Roman" w:cs="Times New Roman"/>
        </w:rPr>
        <w:t>Number of other family members currently in trade school or apprenticeship</w:t>
      </w:r>
      <w:r w:rsidRPr="00B574C9">
        <w:rPr>
          <w:rFonts w:ascii="Times New Roman" w:hAnsi="Times New Roman" w:cs="Times New Roman"/>
          <w:u w:val="single"/>
        </w:rPr>
        <w:t>:</w:t>
      </w:r>
      <w:r w:rsidR="001D7400" w:rsidRPr="00B574C9">
        <w:rPr>
          <w:rFonts w:ascii="Times New Roman" w:hAnsi="Times New Roman" w:cs="Times New Roman"/>
          <w:u w:val="single"/>
        </w:rPr>
        <w:t xml:space="preserve">         </w:t>
      </w:r>
      <w:r w:rsidR="00B574C9">
        <w:rPr>
          <w:rFonts w:ascii="Times New Roman" w:hAnsi="Times New Roman" w:cs="Times New Roman"/>
          <w:u w:val="single"/>
        </w:rPr>
        <w:t xml:space="preserve">    </w:t>
      </w:r>
      <w:r w:rsidR="0044021D">
        <w:rPr>
          <w:rFonts w:ascii="Times New Roman" w:hAnsi="Times New Roman" w:cs="Times New Roman"/>
          <w:u w:val="single"/>
        </w:rPr>
        <w:t xml:space="preserve">            </w:t>
      </w:r>
      <w:r w:rsidR="001D7400" w:rsidRPr="00B574C9">
        <w:rPr>
          <w:rFonts w:ascii="Times New Roman" w:hAnsi="Times New Roman" w:cs="Times New Roman"/>
          <w:u w:val="single"/>
        </w:rPr>
        <w:t xml:space="preserve">      .</w:t>
      </w:r>
    </w:p>
    <w:p w14:paraId="57D1BB5A" w14:textId="77777777" w:rsidR="001D7400" w:rsidRPr="00B574C9" w:rsidRDefault="001D7400" w:rsidP="00A62634">
      <w:pPr>
        <w:spacing w:after="0" w:line="240" w:lineRule="auto"/>
        <w:rPr>
          <w:rFonts w:ascii="Times New Roman" w:hAnsi="Times New Roman" w:cs="Times New Roman"/>
        </w:rPr>
      </w:pPr>
    </w:p>
    <w:p w14:paraId="24A3674C" w14:textId="4C46A879" w:rsidR="00C85DB7" w:rsidRPr="00B574C9" w:rsidRDefault="00000000" w:rsidP="00A62634">
      <w:pPr>
        <w:spacing w:after="0" w:line="240" w:lineRule="auto"/>
        <w:rPr>
          <w:rFonts w:ascii="Times New Roman" w:hAnsi="Times New Roman" w:cs="Times New Roman"/>
        </w:rPr>
      </w:pPr>
      <w:r w:rsidRPr="00B574C9">
        <w:rPr>
          <w:rFonts w:ascii="Times New Roman" w:hAnsi="Times New Roman" w:cs="Times New Roman"/>
        </w:rPr>
        <w:t>Number of other dependent children (excluding applicant): ______________________________</w:t>
      </w:r>
      <w:r w:rsidR="00A57BD9" w:rsidRPr="00B574C9">
        <w:rPr>
          <w:rFonts w:ascii="Times New Roman" w:hAnsi="Times New Roman" w:cs="Times New Roman"/>
        </w:rPr>
        <w:t>.</w:t>
      </w:r>
    </w:p>
    <w:p w14:paraId="2CDD9916" w14:textId="77777777" w:rsidR="00A57BD9" w:rsidRPr="00B574C9" w:rsidRDefault="00A57BD9" w:rsidP="00A62634">
      <w:pPr>
        <w:spacing w:after="0" w:line="240" w:lineRule="auto"/>
        <w:rPr>
          <w:rFonts w:ascii="Times New Roman" w:hAnsi="Times New Roman" w:cs="Times New Roman"/>
        </w:rPr>
      </w:pPr>
    </w:p>
    <w:p w14:paraId="302468C9" w14:textId="0FE353D5" w:rsidR="00A62634" w:rsidRPr="0044021D" w:rsidRDefault="00000000" w:rsidP="0044021D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B574C9">
        <w:rPr>
          <w:rFonts w:ascii="Times New Roman" w:hAnsi="Times New Roman" w:cs="Times New Roman"/>
        </w:rPr>
        <w:t>Significant facts about you and your family: _______________________________</w:t>
      </w:r>
      <w:r w:rsidRPr="00B574C9">
        <w:rPr>
          <w:rFonts w:ascii="Times New Roman" w:hAnsi="Times New Roman" w:cs="Times New Roman"/>
          <w:u w:val="single"/>
        </w:rPr>
        <w:t>_</w:t>
      </w:r>
      <w:r w:rsidR="0044021D">
        <w:rPr>
          <w:rFonts w:ascii="Times New Roman" w:hAnsi="Times New Roman" w:cs="Times New Roman"/>
          <w:u w:val="single"/>
        </w:rPr>
        <w:t xml:space="preserve">         </w:t>
      </w:r>
      <w:r w:rsidRPr="00B574C9">
        <w:rPr>
          <w:rFonts w:ascii="Times New Roman" w:hAnsi="Times New Roman" w:cs="Times New Roman"/>
          <w:u w:val="single"/>
        </w:rPr>
        <w:t>_____</w:t>
      </w:r>
      <w:r w:rsidR="00A62634" w:rsidRPr="00B574C9">
        <w:rPr>
          <w:rFonts w:ascii="Times New Roman" w:hAnsi="Times New Roman" w:cs="Times New Roman"/>
          <w:u w:val="single"/>
        </w:rPr>
        <w:t xml:space="preserve">          </w:t>
      </w:r>
      <w:r w:rsidRPr="0044021D">
        <w:rPr>
          <w:rFonts w:ascii="Times New Roman" w:hAnsi="Times New Roman" w:cs="Times New Roman"/>
          <w:u w:val="single"/>
        </w:rPr>
        <w:t>_____</w:t>
      </w:r>
      <w:r w:rsidR="00A62634" w:rsidRPr="0044021D">
        <w:rPr>
          <w:rFonts w:ascii="Times New Roman" w:hAnsi="Times New Roman" w:cs="Times New Roman"/>
          <w:u w:val="single"/>
        </w:rPr>
        <w:t>_____________________________________________________________</w:t>
      </w:r>
      <w:r w:rsidR="00A57BD9" w:rsidRPr="0044021D">
        <w:rPr>
          <w:rFonts w:ascii="Times New Roman" w:hAnsi="Times New Roman" w:cs="Times New Roman"/>
          <w:u w:val="single"/>
        </w:rPr>
        <w:t xml:space="preserve"> </w:t>
      </w:r>
      <w:r w:rsidR="0044021D">
        <w:rPr>
          <w:rFonts w:ascii="Times New Roman" w:hAnsi="Times New Roman" w:cs="Times New Roman"/>
          <w:u w:val="single"/>
        </w:rPr>
        <w:t xml:space="preserve">          </w:t>
      </w:r>
      <w:r w:rsidR="00A57BD9" w:rsidRPr="0044021D">
        <w:rPr>
          <w:rFonts w:ascii="Times New Roman" w:hAnsi="Times New Roman" w:cs="Times New Roman"/>
          <w:u w:val="single"/>
        </w:rPr>
        <w:t xml:space="preserve">    </w:t>
      </w:r>
      <w:r w:rsidR="00A62634" w:rsidRPr="0044021D">
        <w:rPr>
          <w:rFonts w:ascii="Times New Roman" w:hAnsi="Times New Roman" w:cs="Times New Roman"/>
          <w:u w:val="single"/>
        </w:rPr>
        <w:t>____</w:t>
      </w:r>
      <w:r w:rsidR="0044021D" w:rsidRPr="0044021D">
        <w:rPr>
          <w:rFonts w:ascii="Times New Roman" w:hAnsi="Times New Roman" w:cs="Times New Roman"/>
          <w:u w:val="single"/>
        </w:rPr>
        <w:t xml:space="preserve">               </w:t>
      </w:r>
    </w:p>
    <w:p w14:paraId="27DDB1B4" w14:textId="74E24B36" w:rsidR="0044021D" w:rsidRDefault="0044021D" w:rsidP="0044021D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44021D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                                                              .</w:t>
      </w:r>
    </w:p>
    <w:p w14:paraId="544F7798" w14:textId="77777777" w:rsidR="0044021D" w:rsidRPr="0044021D" w:rsidRDefault="0044021D" w:rsidP="0044021D">
      <w:pPr>
        <w:spacing w:after="0" w:line="240" w:lineRule="auto"/>
        <w:rPr>
          <w:rFonts w:ascii="Times New Roman" w:hAnsi="Times New Roman" w:cs="Times New Roman"/>
          <w:u w:val="single"/>
        </w:rPr>
      </w:pPr>
    </w:p>
    <w:p w14:paraId="6B7D670A" w14:textId="77777777" w:rsidR="00C85DB7" w:rsidRPr="00B574C9" w:rsidRDefault="00000000" w:rsidP="00650519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B574C9">
        <w:rPr>
          <w:rFonts w:ascii="Times New Roman" w:hAnsi="Times New Roman" w:cs="Times New Roman"/>
          <w:b/>
          <w:bCs/>
        </w:rPr>
        <w:t>Education Information:</w:t>
      </w:r>
    </w:p>
    <w:p w14:paraId="44E6DC39" w14:textId="47362000" w:rsidR="00C85DB7" w:rsidRPr="00B574C9" w:rsidRDefault="00000000" w:rsidP="00A62634">
      <w:pPr>
        <w:spacing w:after="0" w:line="240" w:lineRule="auto"/>
        <w:rPr>
          <w:rFonts w:ascii="Times New Roman" w:hAnsi="Times New Roman" w:cs="Times New Roman"/>
        </w:rPr>
      </w:pPr>
      <w:r w:rsidRPr="00B574C9">
        <w:rPr>
          <w:rFonts w:ascii="Times New Roman" w:hAnsi="Times New Roman" w:cs="Times New Roman"/>
        </w:rPr>
        <w:t>High School</w:t>
      </w:r>
      <w:r w:rsidRPr="00B574C9">
        <w:rPr>
          <w:rFonts w:ascii="Times New Roman" w:hAnsi="Times New Roman" w:cs="Times New Roman"/>
          <w:u w:val="single"/>
        </w:rPr>
        <w:t>__________________</w:t>
      </w:r>
      <w:r w:rsidR="00C825D8" w:rsidRPr="00B574C9">
        <w:rPr>
          <w:rFonts w:ascii="Times New Roman" w:hAnsi="Times New Roman" w:cs="Times New Roman"/>
          <w:u w:val="single"/>
        </w:rPr>
        <w:t xml:space="preserve">                    </w:t>
      </w:r>
      <w:r w:rsidRPr="00B574C9">
        <w:rPr>
          <w:rFonts w:ascii="Times New Roman" w:hAnsi="Times New Roman" w:cs="Times New Roman"/>
          <w:u w:val="single"/>
        </w:rPr>
        <w:t>__</w:t>
      </w:r>
      <w:r w:rsidRPr="00B574C9">
        <w:rPr>
          <w:rFonts w:ascii="Times New Roman" w:hAnsi="Times New Roman" w:cs="Times New Roman"/>
        </w:rPr>
        <w:t>____   Graduation Date___________________</w:t>
      </w:r>
    </w:p>
    <w:p w14:paraId="679B5EA1" w14:textId="42C78B26" w:rsidR="00C85DB7" w:rsidRPr="00B574C9" w:rsidRDefault="00000000" w:rsidP="00A62634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B574C9">
        <w:rPr>
          <w:rFonts w:ascii="Times New Roman" w:hAnsi="Times New Roman" w:cs="Times New Roman"/>
        </w:rPr>
        <w:t>GPA____</w:t>
      </w:r>
      <w:r w:rsidRPr="00B574C9">
        <w:rPr>
          <w:rFonts w:ascii="Times New Roman" w:hAnsi="Times New Roman" w:cs="Times New Roman"/>
          <w:u w:val="single"/>
        </w:rPr>
        <w:t>__</w:t>
      </w:r>
      <w:r w:rsidR="00C825D8" w:rsidRPr="00B574C9">
        <w:rPr>
          <w:rFonts w:ascii="Times New Roman" w:hAnsi="Times New Roman" w:cs="Times New Roman"/>
          <w:u w:val="single"/>
        </w:rPr>
        <w:t xml:space="preserve"> </w:t>
      </w:r>
      <w:r w:rsidRPr="00B574C9">
        <w:rPr>
          <w:rFonts w:ascii="Times New Roman" w:hAnsi="Times New Roman" w:cs="Times New Roman"/>
          <w:u w:val="single"/>
        </w:rPr>
        <w:t>_</w:t>
      </w:r>
      <w:r w:rsidRPr="00B574C9">
        <w:rPr>
          <w:rFonts w:ascii="Times New Roman" w:hAnsi="Times New Roman" w:cs="Times New Roman"/>
        </w:rPr>
        <w:t xml:space="preserve">  Class Rank_______/_______  Trade School Entrance Exam Score___</w:t>
      </w:r>
      <w:r w:rsidRPr="00B574C9">
        <w:rPr>
          <w:rFonts w:ascii="Times New Roman" w:hAnsi="Times New Roman" w:cs="Times New Roman"/>
          <w:u w:val="single"/>
        </w:rPr>
        <w:t>__</w:t>
      </w:r>
      <w:r w:rsidR="00C825D8" w:rsidRPr="00B574C9">
        <w:rPr>
          <w:rFonts w:ascii="Times New Roman" w:hAnsi="Times New Roman" w:cs="Times New Roman"/>
          <w:u w:val="single"/>
        </w:rPr>
        <w:t xml:space="preserve">      </w:t>
      </w:r>
      <w:r w:rsidRPr="00B574C9">
        <w:rPr>
          <w:rFonts w:ascii="Times New Roman" w:hAnsi="Times New Roman" w:cs="Times New Roman"/>
          <w:u w:val="single"/>
        </w:rPr>
        <w:t>___</w:t>
      </w:r>
    </w:p>
    <w:p w14:paraId="0FC84DB9" w14:textId="77777777" w:rsidR="00C825D8" w:rsidRPr="00B574C9" w:rsidRDefault="00C825D8" w:rsidP="00A62634">
      <w:pPr>
        <w:spacing w:after="0" w:line="240" w:lineRule="auto"/>
        <w:rPr>
          <w:rFonts w:ascii="Times New Roman" w:hAnsi="Times New Roman" w:cs="Times New Roman"/>
        </w:rPr>
      </w:pPr>
    </w:p>
    <w:p w14:paraId="4E8A4438" w14:textId="33A3CCBD" w:rsidR="00C85DB7" w:rsidRPr="00B574C9" w:rsidRDefault="00C825D8" w:rsidP="00C825D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B574C9">
        <w:rPr>
          <w:rFonts w:ascii="Times New Roman" w:hAnsi="Times New Roman" w:cs="Times New Roman"/>
          <w:b/>
          <w:bCs/>
          <w:i/>
          <w:iCs/>
        </w:rPr>
        <w:t>(Please enclose proof of enrollment or acceptance into a trade school or apprenticeship program.)</w:t>
      </w:r>
    </w:p>
    <w:p w14:paraId="45C21885" w14:textId="77777777" w:rsidR="002A5135" w:rsidRPr="00B574C9" w:rsidRDefault="002A5135" w:rsidP="00A62634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2967EA3E" w14:textId="77777777" w:rsidR="00C85DB7" w:rsidRPr="00B574C9" w:rsidRDefault="00000000" w:rsidP="002A5135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B574C9">
        <w:rPr>
          <w:rFonts w:ascii="Times New Roman" w:hAnsi="Times New Roman" w:cs="Times New Roman"/>
          <w:b/>
          <w:bCs/>
        </w:rPr>
        <w:t>Activities Information:</w:t>
      </w:r>
    </w:p>
    <w:p w14:paraId="12921475" w14:textId="77777777" w:rsidR="00C85DB7" w:rsidRPr="00B574C9" w:rsidRDefault="00000000" w:rsidP="00A62634">
      <w:pPr>
        <w:spacing w:after="0" w:line="240" w:lineRule="auto"/>
        <w:rPr>
          <w:rFonts w:ascii="Times New Roman" w:hAnsi="Times New Roman" w:cs="Times New Roman"/>
        </w:rPr>
      </w:pPr>
      <w:r w:rsidRPr="00B574C9">
        <w:rPr>
          <w:rFonts w:ascii="Times New Roman" w:hAnsi="Times New Roman" w:cs="Times New Roman"/>
        </w:rPr>
        <w:t>List any trade-related clubs, organizations, or volunteer work. Include any awards or honors received.</w:t>
      </w:r>
    </w:p>
    <w:p w14:paraId="09278E5F" w14:textId="50ADB962" w:rsidR="00C85DB7" w:rsidRDefault="00000000" w:rsidP="00A62634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4804BD">
        <w:rPr>
          <w:rFonts w:ascii="Times New Roman" w:hAnsi="Times New Roman" w:cs="Times New Roman"/>
          <w:u w:val="single"/>
        </w:rPr>
        <w:t>____________________________________________________________________________________</w:t>
      </w:r>
      <w:r w:rsidR="004804BD" w:rsidRPr="004804BD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                                                 </w:t>
      </w:r>
      <w:r w:rsidRPr="004804BD">
        <w:rPr>
          <w:rFonts w:ascii="Times New Roman" w:hAnsi="Times New Roman" w:cs="Times New Roman"/>
          <w:u w:val="single"/>
        </w:rPr>
        <w:t>_</w:t>
      </w:r>
    </w:p>
    <w:p w14:paraId="2BA0A487" w14:textId="77777777" w:rsidR="004804BD" w:rsidRPr="004804BD" w:rsidRDefault="004804BD" w:rsidP="00A62634">
      <w:pPr>
        <w:spacing w:after="0" w:line="240" w:lineRule="auto"/>
        <w:rPr>
          <w:rFonts w:ascii="Times New Roman" w:hAnsi="Times New Roman" w:cs="Times New Roman"/>
          <w:u w:val="single"/>
        </w:rPr>
      </w:pPr>
    </w:p>
    <w:p w14:paraId="4D8D7906" w14:textId="77777777" w:rsidR="00C85DB7" w:rsidRPr="00B574C9" w:rsidRDefault="00000000" w:rsidP="00A62634">
      <w:pPr>
        <w:spacing w:after="0" w:line="240" w:lineRule="auto"/>
        <w:rPr>
          <w:rFonts w:ascii="Times New Roman" w:hAnsi="Times New Roman" w:cs="Times New Roman"/>
        </w:rPr>
      </w:pPr>
      <w:r w:rsidRPr="00B574C9">
        <w:rPr>
          <w:rFonts w:ascii="Times New Roman" w:hAnsi="Times New Roman" w:cs="Times New Roman"/>
        </w:rPr>
        <w:t>Employment: Please list jobs you have or had, employer, begin/end dates.</w:t>
      </w:r>
    </w:p>
    <w:p w14:paraId="39B33032" w14:textId="7BAA70EF" w:rsidR="004804BD" w:rsidRPr="004804BD" w:rsidRDefault="00000000" w:rsidP="00A62634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4804BD">
        <w:rPr>
          <w:rFonts w:ascii="Times New Roman" w:hAnsi="Times New Roman" w:cs="Times New Roman"/>
          <w:u w:val="single"/>
        </w:rPr>
        <w:t>__________________________________________________________________________________</w:t>
      </w:r>
      <w:r w:rsidR="004804BD" w:rsidRPr="004804BD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                                                 </w:t>
      </w:r>
      <w:r w:rsidRPr="004804BD">
        <w:rPr>
          <w:rFonts w:ascii="Times New Roman" w:hAnsi="Times New Roman" w:cs="Times New Roman"/>
          <w:u w:val="single"/>
        </w:rPr>
        <w:t>___</w:t>
      </w:r>
    </w:p>
    <w:p w14:paraId="55CE8C55" w14:textId="77777777" w:rsidR="002A5135" w:rsidRPr="00B574C9" w:rsidRDefault="002A5135" w:rsidP="00A62634">
      <w:pPr>
        <w:spacing w:after="0" w:line="240" w:lineRule="auto"/>
        <w:rPr>
          <w:rFonts w:ascii="Times New Roman" w:hAnsi="Times New Roman" w:cs="Times New Roman"/>
        </w:rPr>
      </w:pPr>
    </w:p>
    <w:p w14:paraId="190BFA70" w14:textId="6C1DFF0D" w:rsidR="00C85DB7" w:rsidRPr="00B574C9" w:rsidRDefault="00000000" w:rsidP="002A5135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B574C9">
        <w:rPr>
          <w:rFonts w:ascii="Times New Roman" w:hAnsi="Times New Roman" w:cs="Times New Roman"/>
          <w:b/>
          <w:bCs/>
        </w:rPr>
        <w:t>Financial Information:</w:t>
      </w:r>
    </w:p>
    <w:p w14:paraId="7B934E76" w14:textId="77777777" w:rsidR="00C85DB7" w:rsidRPr="00B574C9" w:rsidRDefault="00000000" w:rsidP="00A62634">
      <w:pPr>
        <w:spacing w:after="0" w:line="240" w:lineRule="auto"/>
        <w:rPr>
          <w:rFonts w:ascii="Times New Roman" w:hAnsi="Times New Roman" w:cs="Times New Roman"/>
        </w:rPr>
      </w:pPr>
      <w:r w:rsidRPr="00B574C9">
        <w:rPr>
          <w:rFonts w:ascii="Times New Roman" w:hAnsi="Times New Roman" w:cs="Times New Roman"/>
        </w:rPr>
        <w:t>Estimated startup costs for trade school or apprenticeship (tools, books, union dues, etc.):</w:t>
      </w:r>
    </w:p>
    <w:p w14:paraId="5D35F269" w14:textId="24D1F451" w:rsidR="00C85DB7" w:rsidRDefault="00000000" w:rsidP="00A62634">
      <w:pPr>
        <w:spacing w:after="0" w:line="240" w:lineRule="auto"/>
        <w:rPr>
          <w:rFonts w:ascii="Times New Roman" w:hAnsi="Times New Roman" w:cs="Times New Roman"/>
        </w:rPr>
      </w:pPr>
      <w:r w:rsidRPr="00B574C9">
        <w:rPr>
          <w:rFonts w:ascii="Times New Roman" w:hAnsi="Times New Roman" w:cs="Times New Roman"/>
        </w:rPr>
        <w:t>School/Program___________________________________________Cost__________________</w:t>
      </w:r>
    </w:p>
    <w:p w14:paraId="7EF48EC5" w14:textId="77777777" w:rsidR="0085708F" w:rsidRPr="00B574C9" w:rsidRDefault="0085708F" w:rsidP="00A62634">
      <w:pPr>
        <w:spacing w:after="0" w:line="240" w:lineRule="auto"/>
        <w:rPr>
          <w:rFonts w:ascii="Times New Roman" w:hAnsi="Times New Roman" w:cs="Times New Roman"/>
        </w:rPr>
      </w:pPr>
    </w:p>
    <w:p w14:paraId="200E80C7" w14:textId="77777777" w:rsidR="002A5135" w:rsidRPr="00B574C9" w:rsidRDefault="002A5135" w:rsidP="00A62634">
      <w:pPr>
        <w:spacing w:after="0" w:line="240" w:lineRule="auto"/>
        <w:rPr>
          <w:rFonts w:ascii="Times New Roman" w:hAnsi="Times New Roman" w:cs="Times New Roman"/>
        </w:rPr>
      </w:pPr>
    </w:p>
    <w:p w14:paraId="56AB4D7C" w14:textId="3B3156DC" w:rsidR="00C85DB7" w:rsidRPr="00B574C9" w:rsidRDefault="00000000" w:rsidP="00EC1F73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B574C9">
        <w:rPr>
          <w:rFonts w:ascii="Times New Roman" w:hAnsi="Times New Roman" w:cs="Times New Roman"/>
          <w:b/>
          <w:bCs/>
        </w:rPr>
        <w:lastRenderedPageBreak/>
        <w:t>Important Information:</w:t>
      </w:r>
      <w:r w:rsidRPr="00B574C9">
        <w:rPr>
          <w:rFonts w:ascii="Times New Roman" w:hAnsi="Times New Roman" w:cs="Times New Roman"/>
        </w:rPr>
        <w:t xml:space="preserve"> </w:t>
      </w:r>
    </w:p>
    <w:p w14:paraId="04C866C4" w14:textId="77777777" w:rsidR="00C85DB7" w:rsidRPr="00B574C9" w:rsidRDefault="00000000" w:rsidP="00A62634">
      <w:pPr>
        <w:spacing w:after="0" w:line="240" w:lineRule="auto"/>
        <w:rPr>
          <w:rFonts w:ascii="Times New Roman" w:hAnsi="Times New Roman" w:cs="Times New Roman"/>
        </w:rPr>
      </w:pPr>
      <w:r w:rsidRPr="00B574C9">
        <w:rPr>
          <w:rFonts w:ascii="Times New Roman" w:hAnsi="Times New Roman" w:cs="Times New Roman"/>
        </w:rPr>
        <w:t xml:space="preserve">What trade are you planning to pursue? </w:t>
      </w:r>
      <w:bookmarkStart w:id="0" w:name="_Hlk209020573"/>
      <w:r w:rsidRPr="00B574C9">
        <w:rPr>
          <w:rFonts w:ascii="Times New Roman" w:hAnsi="Times New Roman" w:cs="Times New Roman"/>
        </w:rPr>
        <w:t>______________________________________</w:t>
      </w:r>
    </w:p>
    <w:p w14:paraId="2CFBF6FE" w14:textId="77777777" w:rsidR="00274A61" w:rsidRPr="00B574C9" w:rsidRDefault="00274A61" w:rsidP="00A62634">
      <w:pPr>
        <w:spacing w:after="0" w:line="240" w:lineRule="auto"/>
        <w:rPr>
          <w:rFonts w:ascii="Times New Roman" w:hAnsi="Times New Roman" w:cs="Times New Roman"/>
        </w:rPr>
      </w:pPr>
    </w:p>
    <w:p w14:paraId="56D2E16D" w14:textId="03A71803" w:rsidR="00274A61" w:rsidRPr="00B574C9" w:rsidRDefault="00274A61">
      <w:pPr>
        <w:rPr>
          <w:rFonts w:ascii="Times New Roman" w:hAnsi="Times New Roman" w:cs="Times New Roman"/>
          <w:u w:val="single"/>
        </w:rPr>
      </w:pPr>
      <w:r w:rsidRPr="00B574C9">
        <w:rPr>
          <w:rFonts w:ascii="Times New Roman" w:hAnsi="Times New Roman" w:cs="Times New Roman"/>
          <w:u w:val="single"/>
        </w:rPr>
        <w:t>__________________________________</w:t>
      </w:r>
      <w:r w:rsidR="0085708F">
        <w:rPr>
          <w:rFonts w:ascii="Times New Roman" w:hAnsi="Times New Roman" w:cs="Times New Roman"/>
          <w:u w:val="single"/>
        </w:rPr>
        <w:t xml:space="preserve">                                                     </w:t>
      </w:r>
      <w:r w:rsidRPr="00B574C9">
        <w:rPr>
          <w:rFonts w:ascii="Times New Roman" w:hAnsi="Times New Roman" w:cs="Times New Roman"/>
          <w:u w:val="single"/>
        </w:rPr>
        <w:t xml:space="preserve">__________    </w:t>
      </w:r>
    </w:p>
    <w:p w14:paraId="171B2314" w14:textId="674EAC8D" w:rsidR="00C85DB7" w:rsidRPr="00B574C9" w:rsidRDefault="00274A61" w:rsidP="00A62634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B574C9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_________________________</w:t>
      </w:r>
    </w:p>
    <w:p w14:paraId="2F230CD5" w14:textId="77777777" w:rsidR="00274A61" w:rsidRPr="00B574C9" w:rsidRDefault="00274A61" w:rsidP="00A62634">
      <w:pPr>
        <w:spacing w:after="0" w:line="240" w:lineRule="auto"/>
        <w:rPr>
          <w:rFonts w:ascii="Times New Roman" w:hAnsi="Times New Roman" w:cs="Times New Roman"/>
          <w:u w:val="single"/>
        </w:rPr>
      </w:pPr>
    </w:p>
    <w:p w14:paraId="6803FD24" w14:textId="4E47F9B1" w:rsidR="00274A61" w:rsidRPr="00B574C9" w:rsidRDefault="00274A61" w:rsidP="00A62634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B574C9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                                                 .</w:t>
      </w:r>
    </w:p>
    <w:bookmarkEnd w:id="0"/>
    <w:p w14:paraId="6EA15D1D" w14:textId="77777777" w:rsidR="00274A61" w:rsidRPr="00B574C9" w:rsidRDefault="00274A61" w:rsidP="00A62634">
      <w:pPr>
        <w:spacing w:after="0" w:line="240" w:lineRule="auto"/>
        <w:rPr>
          <w:rFonts w:ascii="Times New Roman" w:hAnsi="Times New Roman" w:cs="Times New Roman"/>
        </w:rPr>
      </w:pPr>
    </w:p>
    <w:p w14:paraId="75C3D8BD" w14:textId="333DD14D" w:rsidR="00274A61" w:rsidRPr="00B574C9" w:rsidRDefault="00000000" w:rsidP="00274A61">
      <w:pPr>
        <w:spacing w:after="0" w:line="240" w:lineRule="auto"/>
        <w:rPr>
          <w:rFonts w:ascii="Times New Roman" w:hAnsi="Times New Roman" w:cs="Times New Roman"/>
        </w:rPr>
      </w:pPr>
      <w:r w:rsidRPr="00B574C9">
        <w:rPr>
          <w:rFonts w:ascii="Times New Roman" w:hAnsi="Times New Roman" w:cs="Times New Roman"/>
        </w:rPr>
        <w:t xml:space="preserve">What are your long range personal and career goals in the trades? </w:t>
      </w:r>
    </w:p>
    <w:p w14:paraId="755ECE62" w14:textId="40220532" w:rsidR="00274A61" w:rsidRPr="00B574C9" w:rsidRDefault="00274A61" w:rsidP="00274A61">
      <w:pPr>
        <w:spacing w:after="0" w:line="240" w:lineRule="auto"/>
        <w:rPr>
          <w:rFonts w:ascii="Times New Roman" w:hAnsi="Times New Roman" w:cs="Times New Roman"/>
        </w:rPr>
      </w:pPr>
      <w:r w:rsidRPr="00B574C9">
        <w:rPr>
          <w:rFonts w:ascii="Times New Roman" w:hAnsi="Times New Roman" w:cs="Times New Roman"/>
        </w:rPr>
        <w:t xml:space="preserve">    </w:t>
      </w:r>
    </w:p>
    <w:p w14:paraId="51206C07" w14:textId="160F0FA5" w:rsidR="00274A61" w:rsidRPr="00B574C9" w:rsidRDefault="00274A61" w:rsidP="00274A61">
      <w:pPr>
        <w:rPr>
          <w:rFonts w:ascii="Times New Roman" w:hAnsi="Times New Roman" w:cs="Times New Roman"/>
          <w:u w:val="single"/>
        </w:rPr>
      </w:pPr>
      <w:r w:rsidRPr="00B574C9">
        <w:rPr>
          <w:rFonts w:ascii="Times New Roman" w:hAnsi="Times New Roman" w:cs="Times New Roman"/>
          <w:u w:val="single"/>
        </w:rPr>
        <w:t>______________________</w:t>
      </w:r>
      <w:r w:rsidR="0085708F">
        <w:rPr>
          <w:rFonts w:ascii="Times New Roman" w:hAnsi="Times New Roman" w:cs="Times New Roman"/>
          <w:u w:val="single"/>
        </w:rPr>
        <w:t xml:space="preserve">                                                      </w:t>
      </w:r>
      <w:r w:rsidRPr="00B574C9">
        <w:rPr>
          <w:rFonts w:ascii="Times New Roman" w:hAnsi="Times New Roman" w:cs="Times New Roman"/>
          <w:u w:val="single"/>
        </w:rPr>
        <w:t xml:space="preserve">______________________  </w:t>
      </w:r>
    </w:p>
    <w:p w14:paraId="63DD2E12" w14:textId="27DC5B0A" w:rsidR="00274A61" w:rsidRPr="00B574C9" w:rsidRDefault="00274A61" w:rsidP="00274A61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B574C9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_________________________</w:t>
      </w:r>
    </w:p>
    <w:p w14:paraId="373D4719" w14:textId="77777777" w:rsidR="00274A61" w:rsidRPr="00B574C9" w:rsidRDefault="00274A61" w:rsidP="00274A61">
      <w:pPr>
        <w:spacing w:after="0" w:line="240" w:lineRule="auto"/>
        <w:rPr>
          <w:rFonts w:ascii="Times New Roman" w:hAnsi="Times New Roman" w:cs="Times New Roman"/>
          <w:u w:val="single"/>
        </w:rPr>
      </w:pPr>
    </w:p>
    <w:p w14:paraId="44DD6CC3" w14:textId="77777777" w:rsidR="00274A61" w:rsidRPr="00B574C9" w:rsidRDefault="00274A61" w:rsidP="00274A61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B574C9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                                                 .</w:t>
      </w:r>
    </w:p>
    <w:p w14:paraId="5DB002D5" w14:textId="77777777" w:rsidR="00274A61" w:rsidRPr="00B574C9" w:rsidRDefault="00274A61" w:rsidP="00274A61">
      <w:pPr>
        <w:spacing w:after="0" w:line="240" w:lineRule="auto"/>
        <w:rPr>
          <w:rFonts w:ascii="Times New Roman" w:hAnsi="Times New Roman" w:cs="Times New Roman"/>
          <w:u w:val="single"/>
        </w:rPr>
      </w:pPr>
    </w:p>
    <w:p w14:paraId="11E0E7FF" w14:textId="7DA25724" w:rsidR="00C85DB7" w:rsidRPr="00B574C9" w:rsidRDefault="00C85DB7" w:rsidP="00274A61">
      <w:pPr>
        <w:spacing w:after="0" w:line="240" w:lineRule="auto"/>
        <w:rPr>
          <w:rFonts w:ascii="Times New Roman" w:hAnsi="Times New Roman" w:cs="Times New Roman"/>
        </w:rPr>
      </w:pPr>
    </w:p>
    <w:p w14:paraId="628959D8" w14:textId="7875620D" w:rsidR="00274A61" w:rsidRPr="00B574C9" w:rsidRDefault="00000000" w:rsidP="00274A61">
      <w:pPr>
        <w:spacing w:after="0" w:line="240" w:lineRule="auto"/>
        <w:rPr>
          <w:rFonts w:ascii="Times New Roman" w:hAnsi="Times New Roman" w:cs="Times New Roman"/>
        </w:rPr>
      </w:pPr>
      <w:r w:rsidRPr="00B574C9">
        <w:rPr>
          <w:rFonts w:ascii="Times New Roman" w:hAnsi="Times New Roman" w:cs="Times New Roman"/>
        </w:rPr>
        <w:t xml:space="preserve">Why would this grant be important to you? </w:t>
      </w:r>
      <w:r w:rsidR="00274A61" w:rsidRPr="0085708F">
        <w:rPr>
          <w:rFonts w:ascii="Times New Roman" w:hAnsi="Times New Roman" w:cs="Times New Roman"/>
          <w:u w:val="single"/>
        </w:rPr>
        <w:t>____________________________</w:t>
      </w:r>
      <w:r w:rsidR="0085708F" w:rsidRPr="0085708F">
        <w:rPr>
          <w:rFonts w:ascii="Times New Roman" w:hAnsi="Times New Roman" w:cs="Times New Roman"/>
          <w:u w:val="single"/>
        </w:rPr>
        <w:t xml:space="preserve">    </w:t>
      </w:r>
      <w:r w:rsidR="00274A61" w:rsidRPr="0085708F">
        <w:rPr>
          <w:rFonts w:ascii="Times New Roman" w:hAnsi="Times New Roman" w:cs="Times New Roman"/>
          <w:u w:val="single"/>
        </w:rPr>
        <w:t>______</w:t>
      </w:r>
    </w:p>
    <w:p w14:paraId="667178EE" w14:textId="3AA3033C" w:rsidR="00274A61" w:rsidRPr="00B574C9" w:rsidRDefault="0085708F" w:rsidP="00274A6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A48AFA0" w14:textId="0854DCB0" w:rsidR="00274A61" w:rsidRPr="00B574C9" w:rsidRDefault="00274A61" w:rsidP="00274A61">
      <w:pPr>
        <w:rPr>
          <w:rFonts w:ascii="Times New Roman" w:hAnsi="Times New Roman" w:cs="Times New Roman"/>
          <w:u w:val="single"/>
        </w:rPr>
      </w:pPr>
      <w:r w:rsidRPr="00B574C9">
        <w:rPr>
          <w:rFonts w:ascii="Times New Roman" w:hAnsi="Times New Roman" w:cs="Times New Roman"/>
          <w:u w:val="single"/>
        </w:rPr>
        <w:t>_____________________</w:t>
      </w:r>
      <w:r w:rsidR="0085708F">
        <w:rPr>
          <w:rFonts w:ascii="Times New Roman" w:hAnsi="Times New Roman" w:cs="Times New Roman"/>
          <w:u w:val="single"/>
        </w:rPr>
        <w:t xml:space="preserve">                                                       </w:t>
      </w:r>
      <w:r w:rsidRPr="00B574C9">
        <w:rPr>
          <w:rFonts w:ascii="Times New Roman" w:hAnsi="Times New Roman" w:cs="Times New Roman"/>
          <w:u w:val="single"/>
        </w:rPr>
        <w:t xml:space="preserve">______________________ </w:t>
      </w:r>
    </w:p>
    <w:p w14:paraId="61866623" w14:textId="6FC1B6B1" w:rsidR="00274A61" w:rsidRPr="00B574C9" w:rsidRDefault="00274A61" w:rsidP="00274A61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B574C9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________________________</w:t>
      </w:r>
    </w:p>
    <w:p w14:paraId="7C0944D2" w14:textId="77777777" w:rsidR="00274A61" w:rsidRPr="00B574C9" w:rsidRDefault="00274A61" w:rsidP="00274A61">
      <w:pPr>
        <w:spacing w:after="0" w:line="240" w:lineRule="auto"/>
        <w:rPr>
          <w:rFonts w:ascii="Times New Roman" w:hAnsi="Times New Roman" w:cs="Times New Roman"/>
          <w:u w:val="single"/>
        </w:rPr>
      </w:pPr>
    </w:p>
    <w:p w14:paraId="0AA23304" w14:textId="77777777" w:rsidR="00274A61" w:rsidRPr="00B574C9" w:rsidRDefault="00274A61" w:rsidP="00274A61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B574C9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                                                 .</w:t>
      </w:r>
    </w:p>
    <w:p w14:paraId="71B6A5D1" w14:textId="77777777" w:rsidR="00274A61" w:rsidRPr="00B574C9" w:rsidRDefault="00274A61" w:rsidP="00274A61">
      <w:pPr>
        <w:spacing w:after="0" w:line="240" w:lineRule="auto"/>
        <w:rPr>
          <w:rFonts w:ascii="Times New Roman" w:hAnsi="Times New Roman" w:cs="Times New Roman"/>
          <w:u w:val="single"/>
        </w:rPr>
      </w:pPr>
    </w:p>
    <w:p w14:paraId="787AEA8F" w14:textId="0B8BC459" w:rsidR="00C85DB7" w:rsidRPr="00B574C9" w:rsidRDefault="00C85DB7" w:rsidP="00274A61">
      <w:pPr>
        <w:spacing w:after="0" w:line="240" w:lineRule="auto"/>
        <w:rPr>
          <w:rFonts w:ascii="Times New Roman" w:hAnsi="Times New Roman" w:cs="Times New Roman"/>
        </w:rPr>
      </w:pPr>
    </w:p>
    <w:p w14:paraId="1E855B2D" w14:textId="77777777" w:rsidR="00C85DB7" w:rsidRPr="00B574C9" w:rsidRDefault="00000000" w:rsidP="00A62634">
      <w:pPr>
        <w:spacing w:after="0" w:line="240" w:lineRule="auto"/>
        <w:rPr>
          <w:rFonts w:ascii="Times New Roman" w:hAnsi="Times New Roman" w:cs="Times New Roman"/>
        </w:rPr>
      </w:pPr>
      <w:r w:rsidRPr="00B574C9">
        <w:rPr>
          <w:rFonts w:ascii="Times New Roman" w:hAnsi="Times New Roman" w:cs="Times New Roman"/>
        </w:rPr>
        <w:t>I affirm that the confidential information provided in the application is true and complete to the best of my knowledge.</w:t>
      </w:r>
    </w:p>
    <w:p w14:paraId="45996876" w14:textId="77777777" w:rsidR="00274A61" w:rsidRPr="00B574C9" w:rsidRDefault="00274A61" w:rsidP="00A62634">
      <w:pPr>
        <w:spacing w:after="0" w:line="240" w:lineRule="auto"/>
        <w:rPr>
          <w:rFonts w:ascii="Times New Roman" w:hAnsi="Times New Roman" w:cs="Times New Roman"/>
        </w:rPr>
      </w:pPr>
    </w:p>
    <w:p w14:paraId="7D077E1F" w14:textId="77777777" w:rsidR="00C85DB7" w:rsidRPr="00B574C9" w:rsidRDefault="00000000" w:rsidP="00A62634">
      <w:pPr>
        <w:spacing w:after="0" w:line="240" w:lineRule="auto"/>
        <w:rPr>
          <w:rFonts w:ascii="Times New Roman" w:hAnsi="Times New Roman" w:cs="Times New Roman"/>
        </w:rPr>
      </w:pPr>
      <w:r w:rsidRPr="00B574C9">
        <w:rPr>
          <w:rFonts w:ascii="Times New Roman" w:hAnsi="Times New Roman" w:cs="Times New Roman"/>
        </w:rPr>
        <w:t>Signature ____________________________________Date ___________________________</w:t>
      </w:r>
    </w:p>
    <w:p w14:paraId="7E398F72" w14:textId="77777777" w:rsidR="00274A61" w:rsidRPr="00B574C9" w:rsidRDefault="00274A61" w:rsidP="00A62634">
      <w:pPr>
        <w:spacing w:after="0" w:line="240" w:lineRule="auto"/>
        <w:rPr>
          <w:rFonts w:ascii="Times New Roman" w:hAnsi="Times New Roman" w:cs="Times New Roman"/>
        </w:rPr>
      </w:pPr>
    </w:p>
    <w:p w14:paraId="237E74FB" w14:textId="77777777" w:rsidR="00C85DB7" w:rsidRDefault="00000000" w:rsidP="00A62634">
      <w:pPr>
        <w:spacing w:after="0" w:line="240" w:lineRule="auto"/>
        <w:rPr>
          <w:rFonts w:ascii="Times New Roman" w:hAnsi="Times New Roman" w:cs="Times New Roman"/>
        </w:rPr>
      </w:pPr>
      <w:r w:rsidRPr="00B574C9">
        <w:rPr>
          <w:rFonts w:ascii="Times New Roman" w:hAnsi="Times New Roman" w:cs="Times New Roman"/>
        </w:rPr>
        <w:t>Upon receipt, all applications become the property of Financial Plus Credit Union.</w:t>
      </w:r>
    </w:p>
    <w:p w14:paraId="777BD791" w14:textId="77777777" w:rsidR="0085708F" w:rsidRDefault="0085708F" w:rsidP="00A62634">
      <w:pPr>
        <w:spacing w:after="0" w:line="240" w:lineRule="auto"/>
        <w:rPr>
          <w:rFonts w:ascii="Times New Roman" w:hAnsi="Times New Roman" w:cs="Times New Roman"/>
        </w:rPr>
      </w:pPr>
    </w:p>
    <w:p w14:paraId="44EECF74" w14:textId="77777777" w:rsidR="0085708F" w:rsidRDefault="0085708F" w:rsidP="00A62634">
      <w:pPr>
        <w:spacing w:after="0" w:line="240" w:lineRule="auto"/>
        <w:rPr>
          <w:rFonts w:ascii="Times New Roman" w:hAnsi="Times New Roman" w:cs="Times New Roman"/>
        </w:rPr>
      </w:pPr>
    </w:p>
    <w:p w14:paraId="6F35800A" w14:textId="77777777" w:rsidR="0085708F" w:rsidRPr="0085708F" w:rsidRDefault="0085708F" w:rsidP="0085708F">
      <w:pPr>
        <w:spacing w:after="0"/>
        <w:jc w:val="center"/>
        <w:rPr>
          <w:rFonts w:ascii="Times New Roman" w:hAnsi="Times New Roman" w:cs="Times New Roman"/>
          <w:b/>
          <w:bCs/>
          <w:i/>
          <w:iCs/>
        </w:rPr>
      </w:pPr>
      <w:r w:rsidRPr="0085708F">
        <w:rPr>
          <w:rFonts w:ascii="Times New Roman" w:hAnsi="Times New Roman" w:cs="Times New Roman"/>
          <w:b/>
          <w:bCs/>
          <w:i/>
          <w:iCs/>
        </w:rPr>
        <w:t>Complete the application and attach proof of enrollment in a trade school or registered apprenticeship program.</w:t>
      </w:r>
    </w:p>
    <w:p w14:paraId="727DFDF6" w14:textId="77777777" w:rsidR="0085708F" w:rsidRPr="0085708F" w:rsidRDefault="0085708F" w:rsidP="0085708F">
      <w:pPr>
        <w:spacing w:after="0"/>
        <w:jc w:val="center"/>
        <w:rPr>
          <w:rFonts w:ascii="Times New Roman" w:hAnsi="Times New Roman" w:cs="Times New Roman"/>
          <w:b/>
          <w:bCs/>
          <w:i/>
          <w:iCs/>
        </w:rPr>
      </w:pPr>
      <w:r w:rsidRPr="0085708F">
        <w:rPr>
          <w:rFonts w:ascii="Times New Roman" w:hAnsi="Times New Roman" w:cs="Times New Roman"/>
          <w:b/>
          <w:bCs/>
          <w:i/>
          <w:iCs/>
        </w:rPr>
        <w:t>Incomplete applications will not be considered.</w:t>
      </w:r>
    </w:p>
    <w:p w14:paraId="5248F916" w14:textId="77777777" w:rsidR="0085708F" w:rsidRPr="00B574C9" w:rsidRDefault="0085708F" w:rsidP="00A62634">
      <w:pPr>
        <w:spacing w:after="0" w:line="240" w:lineRule="auto"/>
        <w:rPr>
          <w:rFonts w:ascii="Times New Roman" w:hAnsi="Times New Roman" w:cs="Times New Roman"/>
        </w:rPr>
      </w:pPr>
    </w:p>
    <w:p w14:paraId="3747C352" w14:textId="77777777" w:rsidR="00274A61" w:rsidRPr="00B574C9" w:rsidRDefault="00274A61" w:rsidP="00A62634">
      <w:pPr>
        <w:spacing w:after="0" w:line="240" w:lineRule="auto"/>
        <w:rPr>
          <w:rFonts w:ascii="Times New Roman" w:hAnsi="Times New Roman" w:cs="Times New Roman"/>
        </w:rPr>
      </w:pPr>
    </w:p>
    <w:p w14:paraId="0D0CF809" w14:textId="77777777" w:rsidR="00274A61" w:rsidRPr="00B574C9" w:rsidRDefault="00274A61" w:rsidP="00A62634">
      <w:pPr>
        <w:spacing w:after="0" w:line="240" w:lineRule="auto"/>
        <w:rPr>
          <w:rFonts w:ascii="Times New Roman" w:hAnsi="Times New Roman" w:cs="Times New Roman"/>
        </w:rPr>
      </w:pPr>
    </w:p>
    <w:p w14:paraId="455A95A1" w14:textId="77777777" w:rsidR="00C85DB7" w:rsidRPr="00B574C9" w:rsidRDefault="00000000" w:rsidP="00A6263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574C9">
        <w:rPr>
          <w:rFonts w:ascii="Times New Roman" w:hAnsi="Times New Roman" w:cs="Times New Roman"/>
          <w:b/>
          <w:bCs/>
        </w:rPr>
        <w:t>FOR CREDIT UNION USE ONLY:</w:t>
      </w:r>
    </w:p>
    <w:p w14:paraId="3F2B102A" w14:textId="45941B9B" w:rsidR="00C85DB7" w:rsidRPr="00B574C9" w:rsidRDefault="00000000" w:rsidP="00A62634">
      <w:pPr>
        <w:spacing w:after="0" w:line="240" w:lineRule="auto"/>
        <w:rPr>
          <w:rFonts w:ascii="Times New Roman" w:hAnsi="Times New Roman" w:cs="Times New Roman"/>
        </w:rPr>
      </w:pPr>
      <w:r w:rsidRPr="00B574C9">
        <w:rPr>
          <w:rFonts w:ascii="Times New Roman" w:hAnsi="Times New Roman" w:cs="Times New Roman"/>
        </w:rPr>
        <w:t>Date Received:</w:t>
      </w:r>
      <w:r w:rsidRPr="00B574C9">
        <w:rPr>
          <w:rFonts w:ascii="Times New Roman" w:hAnsi="Times New Roman" w:cs="Times New Roman"/>
        </w:rPr>
        <w:tab/>
      </w:r>
      <w:r w:rsidRPr="00B574C9">
        <w:rPr>
          <w:rFonts w:ascii="Times New Roman" w:hAnsi="Times New Roman" w:cs="Times New Roman"/>
        </w:rPr>
        <w:tab/>
      </w:r>
      <w:r w:rsidRPr="00B574C9">
        <w:rPr>
          <w:rFonts w:ascii="Times New Roman" w:hAnsi="Times New Roman" w:cs="Times New Roman"/>
        </w:rPr>
        <w:tab/>
      </w:r>
      <w:r w:rsidRPr="00B574C9">
        <w:rPr>
          <w:rFonts w:ascii="Times New Roman" w:hAnsi="Times New Roman" w:cs="Times New Roman"/>
        </w:rPr>
        <w:tab/>
      </w:r>
    </w:p>
    <w:p w14:paraId="7217EA74" w14:textId="5DF3D4D6" w:rsidR="00C85DB7" w:rsidRPr="00B574C9" w:rsidRDefault="00000000" w:rsidP="00A62634">
      <w:pPr>
        <w:spacing w:after="0" w:line="240" w:lineRule="auto"/>
        <w:rPr>
          <w:rFonts w:ascii="Times New Roman" w:hAnsi="Times New Roman" w:cs="Times New Roman"/>
        </w:rPr>
      </w:pPr>
      <w:r w:rsidRPr="00B574C9">
        <w:rPr>
          <w:rFonts w:ascii="Times New Roman" w:hAnsi="Times New Roman" w:cs="Times New Roman"/>
        </w:rPr>
        <w:t>For School Year:</w:t>
      </w:r>
      <w:r w:rsidRPr="00B574C9">
        <w:rPr>
          <w:rFonts w:ascii="Times New Roman" w:hAnsi="Times New Roman" w:cs="Times New Roman"/>
        </w:rPr>
        <w:tab/>
      </w:r>
      <w:r w:rsidRPr="00B574C9">
        <w:rPr>
          <w:rFonts w:ascii="Times New Roman" w:hAnsi="Times New Roman" w:cs="Times New Roman"/>
        </w:rPr>
        <w:tab/>
      </w:r>
      <w:r w:rsidRPr="00B574C9">
        <w:rPr>
          <w:rFonts w:ascii="Times New Roman" w:hAnsi="Times New Roman" w:cs="Times New Roman"/>
        </w:rPr>
        <w:tab/>
      </w:r>
      <w:r w:rsidRPr="00B574C9">
        <w:rPr>
          <w:rFonts w:ascii="Times New Roman" w:hAnsi="Times New Roman" w:cs="Times New Roman"/>
        </w:rPr>
        <w:tab/>
      </w:r>
    </w:p>
    <w:sectPr w:rsidR="00C85DB7" w:rsidRPr="00B574C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7012E86"/>
    <w:multiLevelType w:val="hybridMultilevel"/>
    <w:tmpl w:val="7FE03C8E"/>
    <w:lvl w:ilvl="0" w:tplc="7508335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4786691">
    <w:abstractNumId w:val="8"/>
  </w:num>
  <w:num w:numId="2" w16cid:durableId="20208754">
    <w:abstractNumId w:val="6"/>
  </w:num>
  <w:num w:numId="3" w16cid:durableId="325864787">
    <w:abstractNumId w:val="5"/>
  </w:num>
  <w:num w:numId="4" w16cid:durableId="1803769968">
    <w:abstractNumId w:val="4"/>
  </w:num>
  <w:num w:numId="5" w16cid:durableId="235896290">
    <w:abstractNumId w:val="7"/>
  </w:num>
  <w:num w:numId="6" w16cid:durableId="1293437284">
    <w:abstractNumId w:val="3"/>
  </w:num>
  <w:num w:numId="7" w16cid:durableId="1708287807">
    <w:abstractNumId w:val="2"/>
  </w:num>
  <w:num w:numId="8" w16cid:durableId="1330408588">
    <w:abstractNumId w:val="1"/>
  </w:num>
  <w:num w:numId="9" w16cid:durableId="2046052255">
    <w:abstractNumId w:val="0"/>
  </w:num>
  <w:num w:numId="10" w16cid:durableId="4589635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2CF4"/>
    <w:rsid w:val="001D7400"/>
    <w:rsid w:val="00274A61"/>
    <w:rsid w:val="0029639D"/>
    <w:rsid w:val="002A5135"/>
    <w:rsid w:val="00326F90"/>
    <w:rsid w:val="0044021D"/>
    <w:rsid w:val="004804BD"/>
    <w:rsid w:val="005D3A2E"/>
    <w:rsid w:val="00650519"/>
    <w:rsid w:val="0085708F"/>
    <w:rsid w:val="00A57BD9"/>
    <w:rsid w:val="00A62634"/>
    <w:rsid w:val="00AA1D8D"/>
    <w:rsid w:val="00B124E0"/>
    <w:rsid w:val="00B47730"/>
    <w:rsid w:val="00B574C9"/>
    <w:rsid w:val="00C825D8"/>
    <w:rsid w:val="00C85DB7"/>
    <w:rsid w:val="00CB0664"/>
    <w:rsid w:val="00D8099A"/>
    <w:rsid w:val="00EC1F73"/>
    <w:rsid w:val="00FC2E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E900B6"/>
  <w14:defaultImageDpi w14:val="300"/>
  <w15:docId w15:val="{8FAB253B-2759-4638-BBB3-9D45193D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B37CAFC6C0CC498BE186B7F78E43E0" ma:contentTypeVersion="15" ma:contentTypeDescription="Create a new document." ma:contentTypeScope="" ma:versionID="4e1632458b00200d0aa0a641738adfb0">
  <xsd:schema xmlns:xsd="http://www.w3.org/2001/XMLSchema" xmlns:xs="http://www.w3.org/2001/XMLSchema" xmlns:p="http://schemas.microsoft.com/office/2006/metadata/properties" xmlns:ns2="4710414e-e5ef-4c34-8b8a-dba72022bd16" xmlns:ns3="bc74dff3-a670-4931-87e0-d3987af1100e" targetNamespace="http://schemas.microsoft.com/office/2006/metadata/properties" ma:root="true" ma:fieldsID="c0822800b20542ff1f96df7dca800465" ns2:_="" ns3:_="">
    <xsd:import namespace="4710414e-e5ef-4c34-8b8a-dba72022bd16"/>
    <xsd:import namespace="bc74dff3-a670-4931-87e0-d3987af110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0414e-e5ef-4c34-8b8a-dba72022bd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fcfa15a-4ef3-45f5-977b-1446765fc4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4dff3-a670-4931-87e0-d3987af110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b34b405-5ad4-484a-a67a-9ea7d1fd0e56}" ma:internalName="TaxCatchAll" ma:showField="CatchAllData" ma:web="bc74dff3-a670-4931-87e0-d3987af110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74dff3-a670-4931-87e0-d3987af1100e" xsi:nil="true"/>
    <lcf76f155ced4ddcb4097134ff3c332f xmlns="4710414e-e5ef-4c34-8b8a-dba72022bd1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AAA0E3-E06C-429B-A2D6-7C97D1D23824}"/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6D8372-EB4B-4FA6-B3C3-4E077F4B5233}">
  <ds:schemaRefs>
    <ds:schemaRef ds:uri="http://schemas.microsoft.com/office/2006/metadata/properties"/>
    <ds:schemaRef ds:uri="http://schemas.microsoft.com/office/infopath/2007/PartnerControls"/>
    <ds:schemaRef ds:uri="bc74dff3-a670-4931-87e0-d3987af1100e"/>
    <ds:schemaRef ds:uri="4710414e-e5ef-4c34-8b8a-dba72022bd16"/>
  </ds:schemaRefs>
</ds:datastoreItem>
</file>

<file path=customXml/itemProps4.xml><?xml version="1.0" encoding="utf-8"?>
<ds:datastoreItem xmlns:ds="http://schemas.openxmlformats.org/officeDocument/2006/customXml" ds:itemID="{CA6AA9EB-B385-4C6B-8B6A-1C479C3DFF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Crystal A. Geiger</cp:lastModifiedBy>
  <cp:revision>13</cp:revision>
  <dcterms:created xsi:type="dcterms:W3CDTF">2025-09-17T21:51:00Z</dcterms:created>
  <dcterms:modified xsi:type="dcterms:W3CDTF">2025-09-18T21:22:00Z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0x01010048B37CAFC6C0CC498BE186B7F78E43E0</vt:lpwstr>
  </property>
  <property fmtid="{D5CDD505-2E9C-101B-9397-08002B2CF9AE}" pid="3" name="MediaServiceImageTags">
    <vt:lpwstr/>
  </property>
</Properties>
</file>