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202E2" w14:textId="77777777" w:rsidR="00FB49BE" w:rsidRDefault="00FB49BE" w:rsidP="00FB49BE">
      <w:pPr>
        <w:spacing w:after="0" w:line="240" w:lineRule="auto"/>
      </w:pPr>
      <w:r>
        <w:t>SUNY Charter Schools Institute</w:t>
      </w:r>
    </w:p>
    <w:p w14:paraId="36A56B59" w14:textId="77777777" w:rsidR="00FB49BE" w:rsidRDefault="00FB49BE" w:rsidP="00FB49BE">
      <w:pPr>
        <w:spacing w:after="0" w:line="240" w:lineRule="auto"/>
      </w:pPr>
      <w:r>
        <w:t xml:space="preserve">State University of New York </w:t>
      </w:r>
    </w:p>
    <w:p w14:paraId="0314079B" w14:textId="77777777" w:rsidR="00FB49BE" w:rsidRDefault="00FB49BE" w:rsidP="00FB49BE">
      <w:pPr>
        <w:spacing w:after="0" w:line="240" w:lineRule="auto"/>
      </w:pPr>
      <w:r>
        <w:t xml:space="preserve">H. Carl McCall SUNY Building </w:t>
      </w:r>
    </w:p>
    <w:p w14:paraId="327489B8" w14:textId="77777777" w:rsidR="00FB49BE" w:rsidRDefault="00FB49BE" w:rsidP="00FB49BE">
      <w:pPr>
        <w:spacing w:after="0" w:line="240" w:lineRule="auto"/>
      </w:pPr>
      <w:r>
        <w:t>353 Broadway</w:t>
      </w:r>
    </w:p>
    <w:p w14:paraId="3BD42B77" w14:textId="77777777" w:rsidR="00FB49BE" w:rsidRDefault="00FB49BE" w:rsidP="00FB49BE">
      <w:pPr>
        <w:spacing w:after="0" w:line="240" w:lineRule="auto"/>
      </w:pPr>
      <w:r>
        <w:t>Albany, NY 12246</w:t>
      </w:r>
    </w:p>
    <w:p w14:paraId="58511592" w14:textId="6C822914" w:rsidR="00FB49BE" w:rsidRDefault="00FB49BE" w:rsidP="00FB49BE">
      <w:pPr>
        <w:spacing w:after="0" w:line="240" w:lineRule="auto"/>
      </w:pPr>
      <w:hyperlink r:id="rId6" w:history="1">
        <w:r w:rsidRPr="00DA0787">
          <w:rPr>
            <w:rStyle w:val="Hyperlink"/>
          </w:rPr>
          <w:t>charters@suny.edu</w:t>
        </w:r>
      </w:hyperlink>
    </w:p>
    <w:p w14:paraId="2CC794D0" w14:textId="77777777" w:rsidR="00FB49BE" w:rsidRDefault="00FB49BE" w:rsidP="00FB49BE">
      <w:pPr>
        <w:spacing w:after="0" w:line="240" w:lineRule="auto"/>
      </w:pPr>
    </w:p>
    <w:p w14:paraId="2A9ABB71" w14:textId="29FF9F8B" w:rsidR="00EA5D1D" w:rsidRDefault="00FB49BE">
      <w:r>
        <w:t>Dear SUNY Charter Schools Institute and Board of Regents,</w:t>
      </w:r>
      <w:r>
        <w:br/>
      </w:r>
      <w:r>
        <w:br/>
        <w:t>As a concerned member of the Brentwood community, I write to express my unequivocal opposition to the applications submitted by the Academy Charter Schools.</w:t>
      </w:r>
      <w:r>
        <w:br/>
      </w:r>
      <w:r>
        <w:br/>
        <w:t>On June 3, 2025, the Brentwood Union Free School District held a public hearing that brought forth a powerful, unified message: Brentwood’s public schools are thriving and do not need and would not benefit from outside privatization efforts. The hearing revealed an overwhelming rejection of the proposed charter applications and a deep commitment to protecting public education, equity, and opportunity.</w:t>
      </w:r>
      <w:r>
        <w:br/>
      </w:r>
      <w:r>
        <w:br/>
        <w:t>Superintendent Wanda Ortiz-Rivera made clear that Brentwood is the largest suburban school district in New York State, serving over 18,000 students with innovative and impactful programming through its Graduation PLUS+ initiative. This acclaimed strategic plan is already transforming lives through dual-language instruction, early college access, technical certifications, and community-wide support systems.</w:t>
      </w:r>
      <w:r>
        <w:br/>
      </w:r>
      <w:r>
        <w:br/>
        <w:t>Deputy Speaker Phil Ramos warned of the dangers of charter expansion, pointing to Hempstead as a cautionary tale. His warning was confirmed by the President of the Hempstead Board of Education, who testified that charter growth devastated his district, calling it a parasite and a cancer on public education.</w:t>
      </w:r>
      <w:r>
        <w:br/>
      </w:r>
      <w:r>
        <w:br/>
        <w:t>Testimony from community members, students, educators, and local leaders further underscored the risks. The Academy Charter applications are riddled with flaws: they lack community support, omit required district collaboration, pose significant fiscal threats (nearly $100 million in projected losses), and fail to present any educational innovation not already available in Brentwood.</w:t>
      </w:r>
      <w:r>
        <w:br/>
      </w:r>
      <w:r>
        <w:br/>
        <w:t>As Board of Education President Eileen Felix concluded that evening, this is not just a policy decision—it is a moral one. To approve these applications would be to ignore the voices of our community, the evidence of Brentwood’s success, and the right of our children to a stable, strong public education system.</w:t>
      </w:r>
      <w:r>
        <w:br/>
      </w:r>
      <w:r>
        <w:br/>
        <w:t>I respectfully urge you to reject the Academy Charter School proposals.</w:t>
      </w:r>
      <w:r>
        <w:br/>
      </w:r>
      <w:r>
        <w:br/>
        <w:t>Sincerely,</w:t>
      </w:r>
      <w:r>
        <w:br/>
        <w:t xml:space="preserve">Name: </w:t>
      </w:r>
      <w:r w:rsidR="00A96E9A">
        <w:tab/>
      </w:r>
      <w:r w:rsidR="00A96E9A">
        <w:tab/>
      </w:r>
      <w:r>
        <w:t>___________________________</w:t>
      </w:r>
      <w:r>
        <w:br/>
        <w:t xml:space="preserve">Address: </w:t>
      </w:r>
      <w:r w:rsidR="00A96E9A">
        <w:tab/>
      </w:r>
      <w:r>
        <w:t>_________________________</w:t>
      </w:r>
      <w:r w:rsidR="00A96E9A">
        <w:t>__</w:t>
      </w:r>
      <w:r>
        <w:br/>
        <w:t xml:space="preserve">Signature: </w:t>
      </w:r>
      <w:r w:rsidR="00A96E9A">
        <w:tab/>
      </w:r>
      <w:r>
        <w:t>________________________</w:t>
      </w:r>
      <w:r w:rsidR="00A96E9A">
        <w:t>___</w:t>
      </w:r>
      <w:r>
        <w:br/>
        <w:t xml:space="preserve">Date: </w:t>
      </w:r>
      <w:r w:rsidR="00A96E9A">
        <w:tab/>
      </w:r>
      <w:r w:rsidR="00A96E9A">
        <w:tab/>
      </w:r>
      <w:r>
        <w:t>____________________________</w:t>
      </w:r>
    </w:p>
    <w:p w14:paraId="30F43107" w14:textId="77777777" w:rsidR="00A96E9A" w:rsidRDefault="00A96E9A"/>
    <w:p w14:paraId="419EBD0A" w14:textId="0F2E294B" w:rsidR="00A96E9A" w:rsidRDefault="00A96E9A">
      <w:r>
        <w:lastRenderedPageBreak/>
        <w:t xml:space="preserve">Instituto de </w:t>
      </w:r>
      <w:proofErr w:type="spellStart"/>
      <w:r>
        <w:t>Escuelas</w:t>
      </w:r>
      <w:proofErr w:type="spellEnd"/>
      <w:r>
        <w:t xml:space="preserve"> Charter de SUNY</w:t>
      </w:r>
      <w:r>
        <w:br/>
        <w:t>Universidad Estatal de Nueva York</w:t>
      </w:r>
      <w:r>
        <w:br/>
      </w:r>
      <w:proofErr w:type="spellStart"/>
      <w:r>
        <w:t>Edificio</w:t>
      </w:r>
      <w:proofErr w:type="spellEnd"/>
      <w:r>
        <w:t xml:space="preserve"> H. Carl McCall SUNY</w:t>
      </w:r>
      <w:r>
        <w:br/>
        <w:t>353 Broadway</w:t>
      </w:r>
      <w:r>
        <w:br/>
        <w:t>Albany, NY 12246</w:t>
      </w:r>
      <w:r>
        <w:br/>
      </w:r>
      <w:hyperlink r:id="rId7" w:history="1">
        <w:r w:rsidRPr="00A130D4">
          <w:rPr>
            <w:rStyle w:val="Hyperlink"/>
          </w:rPr>
          <w:t>charters@suny.edu</w:t>
        </w:r>
      </w:hyperlink>
      <w:r>
        <w:t xml:space="preserve"> </w:t>
      </w:r>
      <w:r>
        <w:br/>
      </w:r>
      <w:r>
        <w:br/>
      </w:r>
      <w:proofErr w:type="spellStart"/>
      <w:r>
        <w:t>Estimado</w:t>
      </w:r>
      <w:proofErr w:type="spellEnd"/>
      <w:r>
        <w:t xml:space="preserve"> Instituto de </w:t>
      </w:r>
      <w:proofErr w:type="spellStart"/>
      <w:r>
        <w:t>Escuelas</w:t>
      </w:r>
      <w:proofErr w:type="spellEnd"/>
      <w:r>
        <w:t xml:space="preserve"> Charter de SUNY y Junta de </w:t>
      </w:r>
      <w:proofErr w:type="spellStart"/>
      <w:r>
        <w:t>Regentes</w:t>
      </w:r>
      <w:proofErr w:type="spellEnd"/>
      <w:r>
        <w:t>,</w:t>
      </w:r>
      <w:r>
        <w:br/>
      </w:r>
      <w:r>
        <w:br/>
        <w:t xml:space="preserve">Como </w:t>
      </w:r>
      <w:proofErr w:type="spellStart"/>
      <w:r>
        <w:t>miembro</w:t>
      </w:r>
      <w:proofErr w:type="spellEnd"/>
      <w:r>
        <w:t xml:space="preserve"> </w:t>
      </w:r>
      <w:proofErr w:type="spellStart"/>
      <w:r>
        <w:t>preocupado</w:t>
      </w:r>
      <w:proofErr w:type="spellEnd"/>
      <w:r>
        <w:t xml:space="preserve"> de la </w:t>
      </w:r>
      <w:proofErr w:type="spellStart"/>
      <w:r>
        <w:t>comunidad</w:t>
      </w:r>
      <w:proofErr w:type="spellEnd"/>
      <w:r>
        <w:t xml:space="preserve"> de Brentwood, </w:t>
      </w:r>
      <w:proofErr w:type="spellStart"/>
      <w:r>
        <w:t>escribo</w:t>
      </w:r>
      <w:proofErr w:type="spellEnd"/>
      <w:r>
        <w:t xml:space="preserve"> para </w:t>
      </w:r>
      <w:proofErr w:type="spellStart"/>
      <w:r>
        <w:t>expresar</w:t>
      </w:r>
      <w:proofErr w:type="spellEnd"/>
      <w:r>
        <w:t xml:space="preserve"> mi rotunda </w:t>
      </w:r>
      <w:proofErr w:type="spellStart"/>
      <w:r>
        <w:t>oposición</w:t>
      </w:r>
      <w:proofErr w:type="spellEnd"/>
      <w:r>
        <w:t xml:space="preserve"> a las solicitudes </w:t>
      </w:r>
      <w:proofErr w:type="spellStart"/>
      <w:r>
        <w:t>presentadas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las </w:t>
      </w:r>
      <w:proofErr w:type="spellStart"/>
      <w:r>
        <w:t>Escuelas</w:t>
      </w:r>
      <w:proofErr w:type="spellEnd"/>
      <w:r>
        <w:t xml:space="preserve"> Charter Academy.</w:t>
      </w:r>
      <w:r>
        <w:br/>
      </w:r>
      <w:r>
        <w:br/>
        <w:t xml:space="preserve">El 3 de </w:t>
      </w:r>
      <w:proofErr w:type="spellStart"/>
      <w:r>
        <w:t>junio</w:t>
      </w:r>
      <w:proofErr w:type="spellEnd"/>
      <w:r>
        <w:t xml:space="preserve"> de 2025, </w:t>
      </w:r>
      <w:proofErr w:type="spellStart"/>
      <w:r>
        <w:t>el</w:t>
      </w:r>
      <w:proofErr w:type="spellEnd"/>
      <w:r>
        <w:t xml:space="preserve"> Distrito Escolar </w:t>
      </w:r>
      <w:proofErr w:type="spellStart"/>
      <w:r>
        <w:t>Unificado</w:t>
      </w:r>
      <w:proofErr w:type="spellEnd"/>
      <w:r>
        <w:t xml:space="preserve"> de Brentwood </w:t>
      </w:r>
      <w:proofErr w:type="spellStart"/>
      <w:r>
        <w:t>celebró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audiencia </w:t>
      </w:r>
      <w:proofErr w:type="spellStart"/>
      <w:r>
        <w:t>pública</w:t>
      </w:r>
      <w:proofErr w:type="spellEnd"/>
      <w:r>
        <w:t xml:space="preserve"> que </w:t>
      </w:r>
      <w:proofErr w:type="spellStart"/>
      <w:r>
        <w:t>reveló</w:t>
      </w:r>
      <w:proofErr w:type="spellEnd"/>
      <w:r>
        <w:t xml:space="preserve"> un </w:t>
      </w:r>
      <w:proofErr w:type="spellStart"/>
      <w:r>
        <w:t>mensaje</w:t>
      </w:r>
      <w:proofErr w:type="spellEnd"/>
      <w:r>
        <w:t xml:space="preserve"> </w:t>
      </w:r>
      <w:proofErr w:type="spellStart"/>
      <w:r>
        <w:t>poderoso</w:t>
      </w:r>
      <w:proofErr w:type="spellEnd"/>
      <w:r>
        <w:t xml:space="preserve"> y </w:t>
      </w:r>
      <w:proofErr w:type="spellStart"/>
      <w:r>
        <w:t>unificado</w:t>
      </w:r>
      <w:proofErr w:type="spellEnd"/>
      <w:r>
        <w:t xml:space="preserve">: las </w:t>
      </w:r>
      <w:proofErr w:type="spellStart"/>
      <w:r>
        <w:t>escuelas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t xml:space="preserve"> de Brentwood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prosperando</w:t>
      </w:r>
      <w:proofErr w:type="spellEnd"/>
      <w:r>
        <w:t xml:space="preserve"> y no </w:t>
      </w:r>
      <w:proofErr w:type="spellStart"/>
      <w:r>
        <w:t>necesitan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se </w:t>
      </w:r>
      <w:proofErr w:type="spellStart"/>
      <w:r>
        <w:t>beneficiarían</w:t>
      </w:r>
      <w:proofErr w:type="spellEnd"/>
      <w:r>
        <w:t xml:space="preserve"> de </w:t>
      </w:r>
      <w:proofErr w:type="spellStart"/>
      <w:r>
        <w:t>esfuerzos</w:t>
      </w:r>
      <w:proofErr w:type="spellEnd"/>
      <w:r>
        <w:t xml:space="preserve"> </w:t>
      </w:r>
      <w:proofErr w:type="spellStart"/>
      <w:r>
        <w:t>externos</w:t>
      </w:r>
      <w:proofErr w:type="spellEnd"/>
      <w:r>
        <w:t xml:space="preserve"> de </w:t>
      </w:r>
      <w:proofErr w:type="spellStart"/>
      <w:r>
        <w:t>privatización</w:t>
      </w:r>
      <w:proofErr w:type="spellEnd"/>
      <w:r>
        <w:t xml:space="preserve">. La audiencia </w:t>
      </w:r>
      <w:proofErr w:type="spellStart"/>
      <w:r>
        <w:t>demostró</w:t>
      </w:r>
      <w:proofErr w:type="spellEnd"/>
      <w:r>
        <w:t xml:space="preserve"> un </w:t>
      </w:r>
      <w:proofErr w:type="spellStart"/>
      <w:r>
        <w:t>rechazo</w:t>
      </w:r>
      <w:proofErr w:type="spellEnd"/>
      <w:r>
        <w:t xml:space="preserve"> </w:t>
      </w:r>
      <w:proofErr w:type="spellStart"/>
      <w:r>
        <w:t>abrumador</w:t>
      </w:r>
      <w:proofErr w:type="spellEnd"/>
      <w:r>
        <w:t xml:space="preserve"> a las solicitudes de </w:t>
      </w:r>
      <w:proofErr w:type="spellStart"/>
      <w:r>
        <w:t>escuelas</w:t>
      </w:r>
      <w:proofErr w:type="spellEnd"/>
      <w:r>
        <w:t xml:space="preserve"> charter </w:t>
      </w:r>
      <w:proofErr w:type="spellStart"/>
      <w:r>
        <w:t>propuestas</w:t>
      </w:r>
      <w:proofErr w:type="spellEnd"/>
      <w:r>
        <w:t xml:space="preserve"> y un </w:t>
      </w:r>
      <w:proofErr w:type="spellStart"/>
      <w:r>
        <w:t>compromiso</w:t>
      </w:r>
      <w:proofErr w:type="spellEnd"/>
      <w:r>
        <w:t xml:space="preserve"> profundo con la </w:t>
      </w:r>
      <w:proofErr w:type="spellStart"/>
      <w:r>
        <w:t>defensa</w:t>
      </w:r>
      <w:proofErr w:type="spellEnd"/>
      <w:r>
        <w:t xml:space="preserve"> de la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, la </w:t>
      </w:r>
      <w:proofErr w:type="spellStart"/>
      <w:r>
        <w:t>equidad</w:t>
      </w:r>
      <w:proofErr w:type="spellEnd"/>
      <w:r>
        <w:t xml:space="preserve"> y las </w:t>
      </w:r>
      <w:proofErr w:type="spellStart"/>
      <w:r>
        <w:t>oportunidades</w:t>
      </w:r>
      <w:proofErr w:type="spellEnd"/>
      <w:r>
        <w:t>.</w:t>
      </w:r>
      <w:r>
        <w:br/>
      </w:r>
      <w:r>
        <w:br/>
        <w:t xml:space="preserve">La </w:t>
      </w:r>
      <w:proofErr w:type="spellStart"/>
      <w:r>
        <w:t>Superintendente</w:t>
      </w:r>
      <w:proofErr w:type="spellEnd"/>
      <w:r>
        <w:t xml:space="preserve"> Wanda Ortiz-Rivera </w:t>
      </w:r>
      <w:proofErr w:type="spellStart"/>
      <w:r>
        <w:t>dejó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claro que Brentwood es </w:t>
      </w:r>
      <w:proofErr w:type="spellStart"/>
      <w:r>
        <w:t>el</w:t>
      </w:r>
      <w:proofErr w:type="spellEnd"/>
      <w:r>
        <w:t xml:space="preserve"> </w:t>
      </w:r>
      <w:proofErr w:type="spellStart"/>
      <w:r>
        <w:t>distrito</w:t>
      </w:r>
      <w:proofErr w:type="spellEnd"/>
      <w:r>
        <w:t xml:space="preserve"> escolar </w:t>
      </w:r>
      <w:proofErr w:type="spellStart"/>
      <w:r>
        <w:t>suburbano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grande</w:t>
      </w:r>
      <w:proofErr w:type="spellEnd"/>
      <w:r>
        <w:t xml:space="preserve"> del Estado de Nueva York, </w:t>
      </w:r>
      <w:proofErr w:type="spellStart"/>
      <w:r>
        <w:t>sirviendo</w:t>
      </w:r>
      <w:proofErr w:type="spellEnd"/>
      <w:r>
        <w:t xml:space="preserve"> a </w:t>
      </w:r>
      <w:proofErr w:type="spellStart"/>
      <w:r>
        <w:t>más</w:t>
      </w:r>
      <w:proofErr w:type="spellEnd"/>
      <w:r>
        <w:t xml:space="preserve"> de 18,000 </w:t>
      </w:r>
      <w:proofErr w:type="spellStart"/>
      <w:r>
        <w:t>estudiantes</w:t>
      </w:r>
      <w:proofErr w:type="spellEnd"/>
      <w:r>
        <w:t xml:space="preserve"> con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innovadores</w:t>
      </w:r>
      <w:proofErr w:type="spellEnd"/>
      <w:r>
        <w:t xml:space="preserve"> e </w:t>
      </w:r>
      <w:proofErr w:type="spellStart"/>
      <w:r>
        <w:t>impactantes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iniciativa</w:t>
      </w:r>
      <w:proofErr w:type="spellEnd"/>
      <w:r>
        <w:t xml:space="preserve"> </w:t>
      </w:r>
      <w:proofErr w:type="spellStart"/>
      <w:r>
        <w:t>estratégica</w:t>
      </w:r>
      <w:proofErr w:type="spellEnd"/>
      <w:r>
        <w:t xml:space="preserve"> Graduation PLUS+. Este plan </w:t>
      </w:r>
      <w:proofErr w:type="spellStart"/>
      <w:r>
        <w:t>estratégico</w:t>
      </w:r>
      <w:proofErr w:type="spellEnd"/>
      <w:r>
        <w:t xml:space="preserve"> </w:t>
      </w:r>
      <w:proofErr w:type="spellStart"/>
      <w:r>
        <w:t>aclamado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transformando</w:t>
      </w:r>
      <w:proofErr w:type="spellEnd"/>
      <w:r>
        <w:t xml:space="preserve"> </w:t>
      </w:r>
      <w:proofErr w:type="spellStart"/>
      <w:r>
        <w:t>vidas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la </w:t>
      </w:r>
      <w:proofErr w:type="spellStart"/>
      <w:r>
        <w:t>instrucción</w:t>
      </w:r>
      <w:proofErr w:type="spellEnd"/>
      <w:r>
        <w:t xml:space="preserve"> </w:t>
      </w:r>
      <w:proofErr w:type="spellStart"/>
      <w:r>
        <w:t>bilingüe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acceso</w:t>
      </w:r>
      <w:proofErr w:type="spellEnd"/>
      <w:r>
        <w:t xml:space="preserve"> </w:t>
      </w:r>
      <w:proofErr w:type="spellStart"/>
      <w:r>
        <w:t>temprano</w:t>
      </w:r>
      <w:proofErr w:type="spellEnd"/>
      <w:r>
        <w:t xml:space="preserve"> a la </w:t>
      </w:r>
      <w:proofErr w:type="spellStart"/>
      <w:r>
        <w:t>universidad</w:t>
      </w:r>
      <w:proofErr w:type="spellEnd"/>
      <w:r>
        <w:t xml:space="preserve">, </w:t>
      </w:r>
      <w:proofErr w:type="spellStart"/>
      <w:r>
        <w:t>certificaciones</w:t>
      </w:r>
      <w:proofErr w:type="spellEnd"/>
      <w:r>
        <w:t xml:space="preserve"> </w:t>
      </w:r>
      <w:proofErr w:type="spellStart"/>
      <w:r>
        <w:t>técnicas</w:t>
      </w:r>
      <w:proofErr w:type="spellEnd"/>
      <w:r>
        <w:t xml:space="preserve"> y </w:t>
      </w:r>
      <w:proofErr w:type="spellStart"/>
      <w:r>
        <w:t>sistemas</w:t>
      </w:r>
      <w:proofErr w:type="spellEnd"/>
      <w:r>
        <w:t xml:space="preserve"> de </w:t>
      </w:r>
      <w:proofErr w:type="spellStart"/>
      <w:r>
        <w:t>apoyo</w:t>
      </w:r>
      <w:proofErr w:type="spellEnd"/>
      <w:r>
        <w:t xml:space="preserve"> </w:t>
      </w:r>
      <w:proofErr w:type="spellStart"/>
      <w:r>
        <w:t>comunitario</w:t>
      </w:r>
      <w:proofErr w:type="spellEnd"/>
      <w:r>
        <w:t>.</w:t>
      </w:r>
      <w:r>
        <w:br/>
      </w:r>
      <w:r>
        <w:br/>
        <w:t xml:space="preserve">El </w:t>
      </w:r>
      <w:proofErr w:type="spellStart"/>
      <w:r>
        <w:t>Vicepresidente</w:t>
      </w:r>
      <w:proofErr w:type="spellEnd"/>
      <w:r>
        <w:t xml:space="preserve"> de la </w:t>
      </w:r>
      <w:proofErr w:type="spellStart"/>
      <w:r>
        <w:t>Asamblea</w:t>
      </w:r>
      <w:proofErr w:type="spellEnd"/>
      <w:r>
        <w:t xml:space="preserve"> Estatal, Phil Ramos, </w:t>
      </w:r>
      <w:proofErr w:type="spellStart"/>
      <w:r>
        <w:t>advirtió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peligros</w:t>
      </w:r>
      <w:proofErr w:type="spellEnd"/>
      <w:r>
        <w:t xml:space="preserve"> de la </w:t>
      </w:r>
      <w:proofErr w:type="spellStart"/>
      <w:r>
        <w:t>expansión</w:t>
      </w:r>
      <w:proofErr w:type="spellEnd"/>
      <w:r>
        <w:t xml:space="preserve"> de las </w:t>
      </w:r>
      <w:proofErr w:type="spellStart"/>
      <w:r>
        <w:t>escuelas</w:t>
      </w:r>
      <w:proofErr w:type="spellEnd"/>
      <w:r>
        <w:t xml:space="preserve"> charter, </w:t>
      </w:r>
      <w:proofErr w:type="spellStart"/>
      <w:r>
        <w:t>señalando</w:t>
      </w:r>
      <w:proofErr w:type="spellEnd"/>
      <w:r>
        <w:t xml:space="preserve"> a Hempstead </w:t>
      </w:r>
      <w:proofErr w:type="spellStart"/>
      <w:r>
        <w:t>como</w:t>
      </w:r>
      <w:proofErr w:type="spellEnd"/>
      <w:r>
        <w:t xml:space="preserve"> un </w:t>
      </w:r>
      <w:proofErr w:type="spellStart"/>
      <w:r>
        <w:t>ejemplo</w:t>
      </w:r>
      <w:proofErr w:type="spellEnd"/>
      <w:r>
        <w:t xml:space="preserve"> </w:t>
      </w:r>
      <w:proofErr w:type="spellStart"/>
      <w:r>
        <w:t>aleccionador</w:t>
      </w:r>
      <w:proofErr w:type="spellEnd"/>
      <w:r>
        <w:t xml:space="preserve">. Su </w:t>
      </w:r>
      <w:proofErr w:type="spellStart"/>
      <w:r>
        <w:t>advertencia</w:t>
      </w:r>
      <w:proofErr w:type="spellEnd"/>
      <w:r>
        <w:t xml:space="preserve"> </w:t>
      </w:r>
      <w:proofErr w:type="spellStart"/>
      <w:r>
        <w:t>fue</w:t>
      </w:r>
      <w:proofErr w:type="spellEnd"/>
      <w:r>
        <w:t xml:space="preserve"> </w:t>
      </w:r>
      <w:proofErr w:type="spellStart"/>
      <w:r>
        <w:t>confirmada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Presidente de la Junta de </w:t>
      </w:r>
      <w:proofErr w:type="spellStart"/>
      <w:r>
        <w:t>Educación</w:t>
      </w:r>
      <w:proofErr w:type="spellEnd"/>
      <w:r>
        <w:t xml:space="preserve"> de Hempstead,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testificó</w:t>
      </w:r>
      <w:proofErr w:type="spellEnd"/>
      <w:r>
        <w:t xml:space="preserve">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crecimiento</w:t>
      </w:r>
      <w:proofErr w:type="spellEnd"/>
      <w:r>
        <w:t xml:space="preserve"> de las </w:t>
      </w:r>
      <w:proofErr w:type="spellStart"/>
      <w:r>
        <w:t>escuelas</w:t>
      </w:r>
      <w:proofErr w:type="spellEnd"/>
      <w:r>
        <w:t xml:space="preserve"> charter </w:t>
      </w:r>
      <w:proofErr w:type="spellStart"/>
      <w:r>
        <w:t>devastó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distrito</w:t>
      </w:r>
      <w:proofErr w:type="spellEnd"/>
      <w:r>
        <w:t xml:space="preserve">, </w:t>
      </w:r>
      <w:proofErr w:type="spellStart"/>
      <w:r>
        <w:t>calificándolas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un </w:t>
      </w:r>
      <w:proofErr w:type="spellStart"/>
      <w:r>
        <w:t>parásito</w:t>
      </w:r>
      <w:proofErr w:type="spellEnd"/>
      <w:r>
        <w:t xml:space="preserve"> y un </w:t>
      </w:r>
      <w:proofErr w:type="spellStart"/>
      <w:r>
        <w:t>cáncer</w:t>
      </w:r>
      <w:proofErr w:type="spellEnd"/>
      <w:r>
        <w:t xml:space="preserve"> para la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>.</w:t>
      </w:r>
      <w:r>
        <w:br/>
      </w:r>
      <w:r>
        <w:br/>
        <w:t xml:space="preserve">Los testimonios de </w:t>
      </w:r>
      <w:proofErr w:type="spellStart"/>
      <w:r>
        <w:t>miembros</w:t>
      </w:r>
      <w:proofErr w:type="spellEnd"/>
      <w:r>
        <w:t xml:space="preserve"> de la </w:t>
      </w:r>
      <w:proofErr w:type="spellStart"/>
      <w:r>
        <w:t>comunidad</w:t>
      </w:r>
      <w:proofErr w:type="spellEnd"/>
      <w:r>
        <w:t xml:space="preserve">, </w:t>
      </w:r>
      <w:proofErr w:type="spellStart"/>
      <w:r>
        <w:t>estudiantes</w:t>
      </w:r>
      <w:proofErr w:type="spellEnd"/>
      <w:r>
        <w:t xml:space="preserve">, </w:t>
      </w:r>
      <w:proofErr w:type="spellStart"/>
      <w:r>
        <w:t>educadores</w:t>
      </w:r>
      <w:proofErr w:type="spellEnd"/>
      <w:r>
        <w:t xml:space="preserve"> y </w:t>
      </w:r>
      <w:proofErr w:type="spellStart"/>
      <w:r>
        <w:t>líderes</w:t>
      </w:r>
      <w:proofErr w:type="spellEnd"/>
      <w:r>
        <w:t xml:space="preserve"> locales </w:t>
      </w:r>
      <w:proofErr w:type="spellStart"/>
      <w:r>
        <w:t>enfatizaron</w:t>
      </w:r>
      <w:proofErr w:type="spellEnd"/>
      <w:r>
        <w:t xml:space="preserve"> </w:t>
      </w:r>
      <w:proofErr w:type="spellStart"/>
      <w:r>
        <w:t>aún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riesgos</w:t>
      </w:r>
      <w:proofErr w:type="spellEnd"/>
      <w:r>
        <w:t xml:space="preserve">. Las solicitudes de Academy Charter </w:t>
      </w:r>
      <w:proofErr w:type="spellStart"/>
      <w:r>
        <w:t>presentan</w:t>
      </w:r>
      <w:proofErr w:type="spellEnd"/>
      <w:r>
        <w:t xml:space="preserve"> </w:t>
      </w:r>
      <w:proofErr w:type="spellStart"/>
      <w:r>
        <w:t>numerosas</w:t>
      </w:r>
      <w:proofErr w:type="spellEnd"/>
      <w:r>
        <w:t xml:space="preserve"> </w:t>
      </w:r>
      <w:proofErr w:type="spellStart"/>
      <w:r>
        <w:t>fallas</w:t>
      </w:r>
      <w:proofErr w:type="spellEnd"/>
      <w:r>
        <w:t xml:space="preserve">: </w:t>
      </w:r>
      <w:proofErr w:type="spellStart"/>
      <w:r>
        <w:t>carecen</w:t>
      </w:r>
      <w:proofErr w:type="spellEnd"/>
      <w:r>
        <w:t xml:space="preserve"> de </w:t>
      </w:r>
      <w:proofErr w:type="spellStart"/>
      <w:r>
        <w:t>apoyo</w:t>
      </w:r>
      <w:proofErr w:type="spellEnd"/>
      <w:r>
        <w:t xml:space="preserve"> </w:t>
      </w:r>
      <w:proofErr w:type="spellStart"/>
      <w:r>
        <w:t>comunitario</w:t>
      </w:r>
      <w:proofErr w:type="spellEnd"/>
      <w:r>
        <w:t xml:space="preserve">, </w:t>
      </w:r>
      <w:proofErr w:type="spellStart"/>
      <w:r>
        <w:t>omiten</w:t>
      </w:r>
      <w:proofErr w:type="spellEnd"/>
      <w:r>
        <w:t xml:space="preserve"> la </w:t>
      </w:r>
      <w:proofErr w:type="spellStart"/>
      <w:r>
        <w:t>colaboración</w:t>
      </w:r>
      <w:proofErr w:type="spellEnd"/>
      <w:r>
        <w:t xml:space="preserve"> </w:t>
      </w:r>
      <w:proofErr w:type="spellStart"/>
      <w:r>
        <w:t>requerida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distrito</w:t>
      </w:r>
      <w:proofErr w:type="spellEnd"/>
      <w:r>
        <w:t xml:space="preserve">, </w:t>
      </w:r>
      <w:proofErr w:type="spellStart"/>
      <w:r>
        <w:t>representan</w:t>
      </w:r>
      <w:proofErr w:type="spellEnd"/>
      <w:r>
        <w:t xml:space="preserve"> </w:t>
      </w:r>
      <w:proofErr w:type="spellStart"/>
      <w:r>
        <w:t>amenazas</w:t>
      </w:r>
      <w:proofErr w:type="spellEnd"/>
      <w:r>
        <w:t xml:space="preserve"> </w:t>
      </w:r>
      <w:proofErr w:type="spellStart"/>
      <w:r>
        <w:t>fiscales</w:t>
      </w:r>
      <w:proofErr w:type="spellEnd"/>
      <w:r>
        <w:t xml:space="preserve"> </w:t>
      </w:r>
      <w:proofErr w:type="spellStart"/>
      <w:r>
        <w:t>significativas</w:t>
      </w:r>
      <w:proofErr w:type="spellEnd"/>
      <w:r>
        <w:t xml:space="preserve"> (</w:t>
      </w:r>
      <w:proofErr w:type="spellStart"/>
      <w:r>
        <w:t>casi</w:t>
      </w:r>
      <w:proofErr w:type="spellEnd"/>
      <w:r>
        <w:t xml:space="preserve"> $100 </w:t>
      </w:r>
      <w:proofErr w:type="spellStart"/>
      <w:r>
        <w:t>millones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pérdidas</w:t>
      </w:r>
      <w:proofErr w:type="spellEnd"/>
      <w:r>
        <w:t xml:space="preserve"> </w:t>
      </w:r>
      <w:proofErr w:type="spellStart"/>
      <w:r>
        <w:t>proyectadas</w:t>
      </w:r>
      <w:proofErr w:type="spellEnd"/>
      <w:r>
        <w:t xml:space="preserve">), y no </w:t>
      </w:r>
      <w:proofErr w:type="spellStart"/>
      <w:r>
        <w:t>presentan</w:t>
      </w:r>
      <w:proofErr w:type="spellEnd"/>
      <w:r>
        <w:t xml:space="preserve">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innovación</w:t>
      </w:r>
      <w:proofErr w:type="spellEnd"/>
      <w:r>
        <w:t xml:space="preserve"> </w:t>
      </w:r>
      <w:proofErr w:type="spellStart"/>
      <w:r>
        <w:t>educativa</w:t>
      </w:r>
      <w:proofErr w:type="spellEnd"/>
      <w:r>
        <w:t xml:space="preserve"> que no </w:t>
      </w:r>
      <w:proofErr w:type="spellStart"/>
      <w:r>
        <w:t>esté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disponible </w:t>
      </w:r>
      <w:proofErr w:type="spellStart"/>
      <w:r>
        <w:t>en</w:t>
      </w:r>
      <w:proofErr w:type="spellEnd"/>
      <w:r>
        <w:t xml:space="preserve"> Brentwood.</w:t>
      </w:r>
      <w:r>
        <w:br/>
      </w:r>
      <w:r>
        <w:br/>
        <w:t xml:space="preserve">Como </w:t>
      </w:r>
      <w:proofErr w:type="spellStart"/>
      <w:r>
        <w:t>concluyó</w:t>
      </w:r>
      <w:proofErr w:type="spellEnd"/>
      <w:r>
        <w:t xml:space="preserve"> </w:t>
      </w:r>
      <w:proofErr w:type="spellStart"/>
      <w:r>
        <w:t>esa</w:t>
      </w:r>
      <w:proofErr w:type="spellEnd"/>
      <w:r>
        <w:t xml:space="preserve"> </w:t>
      </w:r>
      <w:proofErr w:type="spellStart"/>
      <w:r>
        <w:t>noche</w:t>
      </w:r>
      <w:proofErr w:type="spellEnd"/>
      <w:r>
        <w:t xml:space="preserve"> la </w:t>
      </w:r>
      <w:proofErr w:type="spellStart"/>
      <w:r>
        <w:t>Presidenta</w:t>
      </w:r>
      <w:proofErr w:type="spellEnd"/>
      <w:r>
        <w:t xml:space="preserve"> de la Junta de </w:t>
      </w:r>
      <w:proofErr w:type="spellStart"/>
      <w:r>
        <w:t>Educación</w:t>
      </w:r>
      <w:proofErr w:type="spellEnd"/>
      <w:r>
        <w:t xml:space="preserve">, Eileen Felix, </w:t>
      </w:r>
      <w:proofErr w:type="spellStart"/>
      <w:r>
        <w:t>esta</w:t>
      </w:r>
      <w:proofErr w:type="spellEnd"/>
      <w:r>
        <w:t xml:space="preserve"> no es solo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decisión</w:t>
      </w:r>
      <w:proofErr w:type="spellEnd"/>
      <w:r>
        <w:t xml:space="preserve"> </w:t>
      </w:r>
      <w:proofErr w:type="spellStart"/>
      <w:r>
        <w:t>política</w:t>
      </w:r>
      <w:proofErr w:type="spellEnd"/>
      <w:r>
        <w:t xml:space="preserve">, </w:t>
      </w:r>
      <w:proofErr w:type="spellStart"/>
      <w:r>
        <w:t>sino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cuestión</w:t>
      </w:r>
      <w:proofErr w:type="spellEnd"/>
      <w:r>
        <w:t xml:space="preserve"> moral. </w:t>
      </w:r>
      <w:proofErr w:type="spellStart"/>
      <w:r>
        <w:t>Aprobar</w:t>
      </w:r>
      <w:proofErr w:type="spellEnd"/>
      <w:r>
        <w:t xml:space="preserve"> </w:t>
      </w:r>
      <w:proofErr w:type="spellStart"/>
      <w:r>
        <w:t>estas</w:t>
      </w:r>
      <w:proofErr w:type="spellEnd"/>
      <w:r>
        <w:t xml:space="preserve"> solicitudes </w:t>
      </w:r>
      <w:proofErr w:type="spellStart"/>
      <w:r>
        <w:t>sería</w:t>
      </w:r>
      <w:proofErr w:type="spellEnd"/>
      <w:r>
        <w:t xml:space="preserve"> </w:t>
      </w:r>
      <w:proofErr w:type="spellStart"/>
      <w:r>
        <w:t>ignorar</w:t>
      </w:r>
      <w:proofErr w:type="spellEnd"/>
      <w:r>
        <w:t xml:space="preserve"> las voces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comunidad</w:t>
      </w:r>
      <w:proofErr w:type="spellEnd"/>
      <w:r>
        <w:t xml:space="preserve">, la </w:t>
      </w:r>
      <w:proofErr w:type="spellStart"/>
      <w:r>
        <w:t>evidencia</w:t>
      </w:r>
      <w:proofErr w:type="spellEnd"/>
      <w:r>
        <w:t xml:space="preserve"> del </w:t>
      </w:r>
      <w:proofErr w:type="spellStart"/>
      <w:r>
        <w:t>éxito</w:t>
      </w:r>
      <w:proofErr w:type="spellEnd"/>
      <w:r>
        <w:t xml:space="preserve"> de Brentwood y </w:t>
      </w:r>
      <w:proofErr w:type="spellStart"/>
      <w:r>
        <w:t>el</w:t>
      </w:r>
      <w:proofErr w:type="spellEnd"/>
      <w:r>
        <w:t xml:space="preserve"> derecho de </w:t>
      </w:r>
      <w:proofErr w:type="spellStart"/>
      <w:r>
        <w:t>nuestros</w:t>
      </w:r>
      <w:proofErr w:type="spellEnd"/>
      <w:r>
        <w:t xml:space="preserve"> </w:t>
      </w:r>
      <w:proofErr w:type="spellStart"/>
      <w:r>
        <w:t>niños</w:t>
      </w:r>
      <w:proofErr w:type="spellEnd"/>
      <w:r>
        <w:t xml:space="preserve"> a un </w:t>
      </w:r>
      <w:proofErr w:type="spellStart"/>
      <w:r>
        <w:t>sistema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 </w:t>
      </w:r>
      <w:proofErr w:type="spellStart"/>
      <w:r>
        <w:t>estable</w:t>
      </w:r>
      <w:proofErr w:type="spellEnd"/>
      <w:r>
        <w:t xml:space="preserve"> y </w:t>
      </w:r>
      <w:proofErr w:type="spellStart"/>
      <w:r>
        <w:t>sólido</w:t>
      </w:r>
      <w:proofErr w:type="spellEnd"/>
      <w:r>
        <w:t>.</w:t>
      </w:r>
      <w:r>
        <w:br/>
      </w:r>
      <w:r>
        <w:br/>
      </w:r>
      <w:proofErr w:type="spellStart"/>
      <w:r>
        <w:t>Respetuosamente</w:t>
      </w:r>
      <w:proofErr w:type="spellEnd"/>
      <w:r>
        <w:t xml:space="preserve">, les </w:t>
      </w:r>
      <w:proofErr w:type="spellStart"/>
      <w:r>
        <w:t>insto</w:t>
      </w:r>
      <w:proofErr w:type="spellEnd"/>
      <w:r>
        <w:t xml:space="preserve"> a </w:t>
      </w:r>
      <w:proofErr w:type="spellStart"/>
      <w:r>
        <w:t>rechazar</w:t>
      </w:r>
      <w:proofErr w:type="spellEnd"/>
      <w:r>
        <w:t xml:space="preserve"> las </w:t>
      </w:r>
      <w:proofErr w:type="spellStart"/>
      <w:r>
        <w:t>propuestas</w:t>
      </w:r>
      <w:proofErr w:type="spellEnd"/>
      <w:r>
        <w:t xml:space="preserve"> de las </w:t>
      </w:r>
      <w:proofErr w:type="spellStart"/>
      <w:r>
        <w:t>Escuelas</w:t>
      </w:r>
      <w:proofErr w:type="spellEnd"/>
      <w:r>
        <w:t xml:space="preserve"> Charter Academy.</w:t>
      </w:r>
      <w:r>
        <w:br/>
      </w:r>
      <w:r>
        <w:br/>
      </w:r>
      <w:proofErr w:type="spellStart"/>
      <w:r>
        <w:t>Atentamente</w:t>
      </w:r>
      <w:proofErr w:type="spellEnd"/>
      <w:r>
        <w:t>,</w:t>
      </w:r>
      <w:r>
        <w:br/>
        <w:t>Nombre: ___________________________</w:t>
      </w:r>
      <w:r>
        <w:br/>
      </w:r>
      <w:proofErr w:type="spellStart"/>
      <w:r>
        <w:t>Dirección</w:t>
      </w:r>
      <w:proofErr w:type="spellEnd"/>
      <w:r>
        <w:t>: _________________________</w:t>
      </w:r>
      <w:r>
        <w:br/>
      </w:r>
      <w:proofErr w:type="spellStart"/>
      <w:r>
        <w:t>Firma</w:t>
      </w:r>
      <w:proofErr w:type="spellEnd"/>
      <w:r>
        <w:t>: ________________________</w:t>
      </w:r>
      <w:r>
        <w:br/>
      </w:r>
      <w:proofErr w:type="spellStart"/>
      <w:r>
        <w:t>Fecha</w:t>
      </w:r>
      <w:proofErr w:type="spellEnd"/>
      <w:r>
        <w:t>: ____________________________</w:t>
      </w:r>
    </w:p>
    <w:sectPr w:rsidR="00A96E9A" w:rsidSect="00A96E9A">
      <w:pgSz w:w="12240" w:h="15840"/>
      <w:pgMar w:top="900" w:right="135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5047173">
    <w:abstractNumId w:val="8"/>
  </w:num>
  <w:num w:numId="2" w16cid:durableId="118768684">
    <w:abstractNumId w:val="6"/>
  </w:num>
  <w:num w:numId="3" w16cid:durableId="1678339060">
    <w:abstractNumId w:val="5"/>
  </w:num>
  <w:num w:numId="4" w16cid:durableId="513692297">
    <w:abstractNumId w:val="4"/>
  </w:num>
  <w:num w:numId="5" w16cid:durableId="1197961592">
    <w:abstractNumId w:val="7"/>
  </w:num>
  <w:num w:numId="6" w16cid:durableId="1100905953">
    <w:abstractNumId w:val="3"/>
  </w:num>
  <w:num w:numId="7" w16cid:durableId="1190996686">
    <w:abstractNumId w:val="2"/>
  </w:num>
  <w:num w:numId="8" w16cid:durableId="1622034603">
    <w:abstractNumId w:val="1"/>
  </w:num>
  <w:num w:numId="9" w16cid:durableId="622271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26D3E"/>
    <w:rsid w:val="006D0A08"/>
    <w:rsid w:val="00A96E9A"/>
    <w:rsid w:val="00AA1D8D"/>
    <w:rsid w:val="00B47730"/>
    <w:rsid w:val="00CB0664"/>
    <w:rsid w:val="00EA5D1D"/>
    <w:rsid w:val="00FB49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62A41D"/>
  <w14:defaultImageDpi w14:val="300"/>
  <w15:docId w15:val="{937CD32A-716E-4DE1-87C1-0DA15527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B49B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6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arters@suny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arters@suny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 Vincent Leone</cp:lastModifiedBy>
  <cp:revision>3</cp:revision>
  <dcterms:created xsi:type="dcterms:W3CDTF">2025-06-06T19:24:00Z</dcterms:created>
  <dcterms:modified xsi:type="dcterms:W3CDTF">2025-06-06T19:27:00Z</dcterms:modified>
  <cp:category/>
</cp:coreProperties>
</file>